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A42D6" w14:textId="77777777" w:rsidR="00354FF1" w:rsidRDefault="00000000">
      <w:pPr>
        <w:jc w:val="center"/>
      </w:pPr>
      <w:r>
        <w:rPr>
          <w:sz w:val="40"/>
        </w:rPr>
        <w:t>STUDY PROJECT – HOUSEHOLD CHORES</w:t>
      </w:r>
    </w:p>
    <w:p w14:paraId="4E12F70A" w14:textId="77777777" w:rsidR="00354FF1" w:rsidRDefault="00354FF1"/>
    <w:p w14:paraId="489C18AB" w14:textId="77777777" w:rsidR="00354FF1" w:rsidRDefault="00000000">
      <w:pPr>
        <w:jc w:val="center"/>
      </w:pPr>
      <w:r>
        <w:t>Full Name: Melany Rosmary Noriega Morales</w:t>
      </w:r>
    </w:p>
    <w:p w14:paraId="276B3063" w14:textId="77777777" w:rsidR="00354FF1" w:rsidRDefault="00000000">
      <w:pPr>
        <w:jc w:val="center"/>
      </w:pPr>
      <w:r>
        <w:t>Group: 3° semester</w:t>
      </w:r>
    </w:p>
    <w:p w14:paraId="562C1EC1" w14:textId="77777777" w:rsidR="00354FF1" w:rsidRDefault="00000000">
      <w:pPr>
        <w:jc w:val="center"/>
      </w:pPr>
      <w:r>
        <w:t>School: Universidad del Sureste (UDS)</w:t>
      </w:r>
    </w:p>
    <w:p w14:paraId="75A4B551" w14:textId="77777777" w:rsidR="00354FF1" w:rsidRDefault="00000000">
      <w:pPr>
        <w:jc w:val="center"/>
      </w:pPr>
      <w:r>
        <w:t>Date: October 9th, 2025</w:t>
      </w:r>
    </w:p>
    <w:p w14:paraId="4ACCD125" w14:textId="77777777" w:rsidR="00354FF1" w:rsidRDefault="00000000">
      <w:r>
        <w:br w:type="page"/>
      </w:r>
    </w:p>
    <w:p w14:paraId="2E8067DC" w14:textId="3A636F06" w:rsidR="00354FF1" w:rsidRDefault="007F171F">
      <w:pPr>
        <w:pStyle w:val="Ttulo1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C1D2B37" wp14:editId="0802417D">
            <wp:simplePos x="0" y="0"/>
            <wp:positionH relativeFrom="column">
              <wp:posOffset>2431415</wp:posOffset>
            </wp:positionH>
            <wp:positionV relativeFrom="paragraph">
              <wp:posOffset>0</wp:posOffset>
            </wp:positionV>
            <wp:extent cx="2260600" cy="1778000"/>
            <wp:effectExtent l="0" t="0" r="0" b="0"/>
            <wp:wrapNone/>
            <wp:docPr id="73799078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90786" name="Imagen 73799078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B94">
        <w:rPr>
          <w:noProof/>
        </w:rPr>
        <w:drawing>
          <wp:anchor distT="0" distB="0" distL="114300" distR="114300" simplePos="0" relativeHeight="251665408" behindDoc="1" locked="0" layoutInCell="1" allowOverlap="1" wp14:anchorId="56917257" wp14:editId="149F3B5E">
            <wp:simplePos x="0" y="0"/>
            <wp:positionH relativeFrom="column">
              <wp:posOffset>4226214</wp:posOffset>
            </wp:positionH>
            <wp:positionV relativeFrom="paragraph">
              <wp:posOffset>4189268</wp:posOffset>
            </wp:positionV>
            <wp:extent cx="2177935" cy="1814946"/>
            <wp:effectExtent l="0" t="0" r="0" b="1270"/>
            <wp:wrapNone/>
            <wp:docPr id="11860400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40048" name="Imagen 11860400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7935" cy="181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B94" w:rsidRPr="00237778">
        <w:drawing>
          <wp:anchor distT="0" distB="0" distL="114300" distR="114300" simplePos="0" relativeHeight="251659264" behindDoc="1" locked="0" layoutInCell="1" allowOverlap="1" wp14:anchorId="6CA4752C" wp14:editId="1768042F">
            <wp:simplePos x="0" y="0"/>
            <wp:positionH relativeFrom="column">
              <wp:posOffset>5107767</wp:posOffset>
            </wp:positionH>
            <wp:positionV relativeFrom="paragraph">
              <wp:posOffset>2526550</wp:posOffset>
            </wp:positionV>
            <wp:extent cx="1303655" cy="1303655"/>
            <wp:effectExtent l="0" t="0" r="4445" b="4445"/>
            <wp:wrapNone/>
            <wp:docPr id="6871472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472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B94">
        <w:rPr>
          <w:noProof/>
        </w:rPr>
        <w:drawing>
          <wp:anchor distT="0" distB="0" distL="114300" distR="114300" simplePos="0" relativeHeight="251663360" behindDoc="1" locked="0" layoutInCell="1" allowOverlap="1" wp14:anchorId="587ACF5A" wp14:editId="5A205AA5">
            <wp:simplePos x="0" y="0"/>
            <wp:positionH relativeFrom="column">
              <wp:posOffset>5055697</wp:posOffset>
            </wp:positionH>
            <wp:positionV relativeFrom="paragraph">
              <wp:posOffset>644236</wp:posOffset>
            </wp:positionV>
            <wp:extent cx="1346200" cy="1435735"/>
            <wp:effectExtent l="0" t="0" r="0" b="0"/>
            <wp:wrapNone/>
            <wp:docPr id="5488901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90177" name="Imagen 5488901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B94" w:rsidRPr="00C01C40">
        <w:drawing>
          <wp:anchor distT="0" distB="0" distL="114300" distR="114300" simplePos="0" relativeHeight="251661312" behindDoc="1" locked="0" layoutInCell="1" allowOverlap="1" wp14:anchorId="00D5752F" wp14:editId="41CD799D">
            <wp:simplePos x="0" y="0"/>
            <wp:positionH relativeFrom="column">
              <wp:posOffset>5107593</wp:posOffset>
            </wp:positionH>
            <wp:positionV relativeFrom="paragraph">
              <wp:posOffset>-730770</wp:posOffset>
            </wp:positionV>
            <wp:extent cx="1296035" cy="1296035"/>
            <wp:effectExtent l="0" t="0" r="0" b="0"/>
            <wp:wrapNone/>
            <wp:docPr id="15375862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2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>1. Household Chores List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54FF1" w14:paraId="66295167" w14:textId="77777777">
        <w:tc>
          <w:tcPr>
            <w:tcW w:w="4320" w:type="dxa"/>
          </w:tcPr>
          <w:p w14:paraId="0F1D4096" w14:textId="77777777" w:rsidR="00354FF1" w:rsidRDefault="00000000">
            <w:r>
              <w:t>Chore</w:t>
            </w:r>
          </w:p>
        </w:tc>
        <w:tc>
          <w:tcPr>
            <w:tcW w:w="4320" w:type="dxa"/>
          </w:tcPr>
          <w:p w14:paraId="70436FEA" w14:textId="3C8123ED" w:rsidR="00354FF1" w:rsidRDefault="00354FF1"/>
        </w:tc>
      </w:tr>
      <w:tr w:rsidR="00354FF1" w14:paraId="0FF5BDC4" w14:textId="77777777">
        <w:tc>
          <w:tcPr>
            <w:tcW w:w="4320" w:type="dxa"/>
          </w:tcPr>
          <w:p w14:paraId="5A24BDC0" w14:textId="77777777" w:rsidR="00354FF1" w:rsidRDefault="00000000">
            <w:r>
              <w:t>1. Wash the dishes</w:t>
            </w:r>
          </w:p>
        </w:tc>
        <w:tc>
          <w:tcPr>
            <w:tcW w:w="4320" w:type="dxa"/>
          </w:tcPr>
          <w:p w14:paraId="4E9046B7" w14:textId="7ABE75F4" w:rsidR="00354FF1" w:rsidRDefault="00354FF1"/>
        </w:tc>
      </w:tr>
      <w:tr w:rsidR="00354FF1" w14:paraId="31FF4AC0" w14:textId="77777777">
        <w:tc>
          <w:tcPr>
            <w:tcW w:w="4320" w:type="dxa"/>
          </w:tcPr>
          <w:p w14:paraId="617DAF2A" w14:textId="77777777" w:rsidR="00354FF1" w:rsidRDefault="00000000">
            <w:r>
              <w:t>2. Make the bed</w:t>
            </w:r>
          </w:p>
        </w:tc>
        <w:tc>
          <w:tcPr>
            <w:tcW w:w="4320" w:type="dxa"/>
          </w:tcPr>
          <w:p w14:paraId="2DB5C97B" w14:textId="50E8F531" w:rsidR="00354FF1" w:rsidRDefault="00354FF1"/>
        </w:tc>
      </w:tr>
      <w:tr w:rsidR="00354FF1" w14:paraId="7824D7B6" w14:textId="77777777">
        <w:tc>
          <w:tcPr>
            <w:tcW w:w="4320" w:type="dxa"/>
          </w:tcPr>
          <w:p w14:paraId="29E38423" w14:textId="77777777" w:rsidR="00354FF1" w:rsidRDefault="00000000">
            <w:r>
              <w:t>3. Sweep the floor</w:t>
            </w:r>
          </w:p>
        </w:tc>
        <w:tc>
          <w:tcPr>
            <w:tcW w:w="4320" w:type="dxa"/>
          </w:tcPr>
          <w:p w14:paraId="18510B22" w14:textId="237E5574" w:rsidR="00354FF1" w:rsidRDefault="00354FF1"/>
        </w:tc>
      </w:tr>
      <w:tr w:rsidR="00354FF1" w14:paraId="415CB49E" w14:textId="77777777">
        <w:tc>
          <w:tcPr>
            <w:tcW w:w="4320" w:type="dxa"/>
          </w:tcPr>
          <w:p w14:paraId="38746272" w14:textId="77777777" w:rsidR="00354FF1" w:rsidRDefault="00000000">
            <w:r>
              <w:t>4. Mop the floor</w:t>
            </w:r>
          </w:p>
        </w:tc>
        <w:tc>
          <w:tcPr>
            <w:tcW w:w="4320" w:type="dxa"/>
          </w:tcPr>
          <w:p w14:paraId="63F17685" w14:textId="3750663B" w:rsidR="00354FF1" w:rsidRDefault="00354FF1"/>
        </w:tc>
      </w:tr>
      <w:tr w:rsidR="00354FF1" w14:paraId="4E4C3184" w14:textId="77777777">
        <w:tc>
          <w:tcPr>
            <w:tcW w:w="4320" w:type="dxa"/>
          </w:tcPr>
          <w:p w14:paraId="1C89E53F" w14:textId="0E947CC8" w:rsidR="00354FF1" w:rsidRDefault="008A2AF0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56545D9" wp14:editId="63DA31EE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198120</wp:posOffset>
                  </wp:positionV>
                  <wp:extent cx="1338580" cy="1396365"/>
                  <wp:effectExtent l="0" t="0" r="0" b="635"/>
                  <wp:wrapNone/>
                  <wp:docPr id="144645650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456508" name="Imagen 14464565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t>5. Cook dinner</w:t>
            </w:r>
          </w:p>
        </w:tc>
        <w:tc>
          <w:tcPr>
            <w:tcW w:w="4320" w:type="dxa"/>
          </w:tcPr>
          <w:p w14:paraId="712C5F2D" w14:textId="65CC1AFD" w:rsidR="00354FF1" w:rsidRDefault="00354FF1"/>
        </w:tc>
      </w:tr>
      <w:tr w:rsidR="00354FF1" w14:paraId="409309DA" w14:textId="77777777">
        <w:tc>
          <w:tcPr>
            <w:tcW w:w="4320" w:type="dxa"/>
          </w:tcPr>
          <w:p w14:paraId="5C146BA5" w14:textId="77777777" w:rsidR="00354FF1" w:rsidRDefault="00000000">
            <w:r>
              <w:t>6. Do the laundry</w:t>
            </w:r>
          </w:p>
        </w:tc>
        <w:tc>
          <w:tcPr>
            <w:tcW w:w="4320" w:type="dxa"/>
          </w:tcPr>
          <w:p w14:paraId="167278DA" w14:textId="0C0D1674" w:rsidR="00354FF1" w:rsidRDefault="00354FF1"/>
        </w:tc>
      </w:tr>
      <w:tr w:rsidR="00354FF1" w14:paraId="15D6A0DF" w14:textId="77777777">
        <w:tc>
          <w:tcPr>
            <w:tcW w:w="4320" w:type="dxa"/>
          </w:tcPr>
          <w:p w14:paraId="63EDD50C" w14:textId="57CB9071" w:rsidR="00354FF1" w:rsidRDefault="00000000">
            <w:r>
              <w:t>7. Water the plants</w:t>
            </w:r>
          </w:p>
        </w:tc>
        <w:tc>
          <w:tcPr>
            <w:tcW w:w="4320" w:type="dxa"/>
          </w:tcPr>
          <w:p w14:paraId="361319EE" w14:textId="40F73BBC" w:rsidR="00354FF1" w:rsidRDefault="00354FF1"/>
        </w:tc>
      </w:tr>
      <w:tr w:rsidR="00354FF1" w14:paraId="2EB50696" w14:textId="77777777">
        <w:tc>
          <w:tcPr>
            <w:tcW w:w="4320" w:type="dxa"/>
          </w:tcPr>
          <w:p w14:paraId="65E64395" w14:textId="66AB6260" w:rsidR="00354FF1" w:rsidRDefault="00000000">
            <w:r>
              <w:t>8. Take out the trash</w:t>
            </w:r>
          </w:p>
        </w:tc>
        <w:tc>
          <w:tcPr>
            <w:tcW w:w="4320" w:type="dxa"/>
          </w:tcPr>
          <w:p w14:paraId="4DBB8A4A" w14:textId="6D231257" w:rsidR="00354FF1" w:rsidRDefault="00A5469C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4B9003F" wp14:editId="2799C268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-584654</wp:posOffset>
                  </wp:positionV>
                  <wp:extent cx="1181735" cy="1390650"/>
                  <wp:effectExtent l="0" t="0" r="0" b="6350"/>
                  <wp:wrapNone/>
                  <wp:docPr id="140146161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61610" name="Imagen 14014616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4FF1" w14:paraId="3A876071" w14:textId="77777777">
        <w:tc>
          <w:tcPr>
            <w:tcW w:w="4320" w:type="dxa"/>
          </w:tcPr>
          <w:p w14:paraId="71CA69D4" w14:textId="77777777" w:rsidR="00354FF1" w:rsidRDefault="00000000">
            <w:r>
              <w:t>9. Clean the bathroom</w:t>
            </w:r>
          </w:p>
        </w:tc>
        <w:tc>
          <w:tcPr>
            <w:tcW w:w="4320" w:type="dxa"/>
          </w:tcPr>
          <w:p w14:paraId="7D4AD2D6" w14:textId="71C6C072" w:rsidR="00354FF1" w:rsidRDefault="00354FF1"/>
        </w:tc>
      </w:tr>
      <w:tr w:rsidR="00354FF1" w14:paraId="0F464D63" w14:textId="77777777">
        <w:tc>
          <w:tcPr>
            <w:tcW w:w="4320" w:type="dxa"/>
          </w:tcPr>
          <w:p w14:paraId="768B9CE6" w14:textId="06BF1636" w:rsidR="00354FF1" w:rsidRDefault="00000000">
            <w:r>
              <w:t>10. Feed the pets</w:t>
            </w:r>
          </w:p>
        </w:tc>
        <w:tc>
          <w:tcPr>
            <w:tcW w:w="4320" w:type="dxa"/>
          </w:tcPr>
          <w:p w14:paraId="650F1931" w14:textId="7081767F" w:rsidR="00354FF1" w:rsidRDefault="00354FF1"/>
        </w:tc>
      </w:tr>
      <w:tr w:rsidR="00354FF1" w14:paraId="1BBCEF0E" w14:textId="77777777">
        <w:tc>
          <w:tcPr>
            <w:tcW w:w="4320" w:type="dxa"/>
          </w:tcPr>
          <w:p w14:paraId="1713879D" w14:textId="2CA964DA" w:rsidR="00354FF1" w:rsidRDefault="00000000">
            <w:r>
              <w:t>11. Iron the clothes</w:t>
            </w:r>
          </w:p>
        </w:tc>
        <w:tc>
          <w:tcPr>
            <w:tcW w:w="4320" w:type="dxa"/>
          </w:tcPr>
          <w:p w14:paraId="634651CC" w14:textId="067CD7B1" w:rsidR="00354FF1" w:rsidRDefault="00354FF1"/>
        </w:tc>
      </w:tr>
      <w:tr w:rsidR="00354FF1" w14:paraId="6B94BC29" w14:textId="77777777">
        <w:tc>
          <w:tcPr>
            <w:tcW w:w="4320" w:type="dxa"/>
          </w:tcPr>
          <w:p w14:paraId="3A2BADCC" w14:textId="5B9CF5C5" w:rsidR="00354FF1" w:rsidRDefault="00000000">
            <w:r>
              <w:t>12. Dust the furniture</w:t>
            </w:r>
          </w:p>
        </w:tc>
        <w:tc>
          <w:tcPr>
            <w:tcW w:w="4320" w:type="dxa"/>
          </w:tcPr>
          <w:p w14:paraId="38B7506A" w14:textId="641099B7" w:rsidR="00354FF1" w:rsidRDefault="00000000">
            <w:r>
              <w:t xml:space="preserve">  </w:t>
            </w:r>
          </w:p>
        </w:tc>
      </w:tr>
      <w:tr w:rsidR="00354FF1" w14:paraId="00B2158C" w14:textId="77777777">
        <w:tc>
          <w:tcPr>
            <w:tcW w:w="4320" w:type="dxa"/>
          </w:tcPr>
          <w:p w14:paraId="44035FF0" w14:textId="209D3C16" w:rsidR="00354FF1" w:rsidRDefault="00000000">
            <w:r>
              <w:t>13. Vacuum the carpet</w:t>
            </w:r>
          </w:p>
        </w:tc>
        <w:tc>
          <w:tcPr>
            <w:tcW w:w="4320" w:type="dxa"/>
          </w:tcPr>
          <w:p w14:paraId="50845B5E" w14:textId="01D686BC" w:rsidR="00354FF1" w:rsidRDefault="00D210DB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C78FA42" wp14:editId="585AC101">
                  <wp:simplePos x="0" y="0"/>
                  <wp:positionH relativeFrom="column">
                    <wp:posOffset>-713974</wp:posOffset>
                  </wp:positionH>
                  <wp:positionV relativeFrom="paragraph">
                    <wp:posOffset>-645212</wp:posOffset>
                  </wp:positionV>
                  <wp:extent cx="1408923" cy="1352146"/>
                  <wp:effectExtent l="0" t="0" r="1270" b="0"/>
                  <wp:wrapNone/>
                  <wp:docPr id="142287871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878719" name="Imagen 14228787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23" cy="135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4FF1" w14:paraId="501E370A" w14:textId="77777777">
        <w:tc>
          <w:tcPr>
            <w:tcW w:w="4320" w:type="dxa"/>
          </w:tcPr>
          <w:p w14:paraId="4AF13AA8" w14:textId="77777777" w:rsidR="00354FF1" w:rsidRDefault="00000000">
            <w:r>
              <w:t>14. Set the table</w:t>
            </w:r>
          </w:p>
        </w:tc>
        <w:tc>
          <w:tcPr>
            <w:tcW w:w="4320" w:type="dxa"/>
          </w:tcPr>
          <w:p w14:paraId="23640B9C" w14:textId="7C1AB9BB" w:rsidR="00354FF1" w:rsidRDefault="00354FF1"/>
        </w:tc>
      </w:tr>
      <w:tr w:rsidR="00354FF1" w14:paraId="21D55C78" w14:textId="77777777">
        <w:tc>
          <w:tcPr>
            <w:tcW w:w="4320" w:type="dxa"/>
          </w:tcPr>
          <w:p w14:paraId="32324C88" w14:textId="3B58271A" w:rsidR="00354FF1" w:rsidRDefault="00000000">
            <w:r>
              <w:t>15. Wash the windows</w:t>
            </w:r>
          </w:p>
        </w:tc>
        <w:tc>
          <w:tcPr>
            <w:tcW w:w="4320" w:type="dxa"/>
          </w:tcPr>
          <w:p w14:paraId="4EAEC556" w14:textId="7E93937F" w:rsidR="00354FF1" w:rsidRDefault="00354FF1"/>
        </w:tc>
      </w:tr>
    </w:tbl>
    <w:p w14:paraId="11493479" w14:textId="75020F33" w:rsidR="00354FF1" w:rsidRDefault="00D9544A">
      <w:r>
        <w:rPr>
          <w:noProof/>
        </w:rPr>
        <w:drawing>
          <wp:anchor distT="0" distB="0" distL="114300" distR="114300" simplePos="0" relativeHeight="251673600" behindDoc="0" locked="0" layoutInCell="1" allowOverlap="1" wp14:anchorId="6B0E1D32" wp14:editId="30266A77">
            <wp:simplePos x="0" y="0"/>
            <wp:positionH relativeFrom="column">
              <wp:posOffset>2799482</wp:posOffset>
            </wp:positionH>
            <wp:positionV relativeFrom="paragraph">
              <wp:posOffset>1969692</wp:posOffset>
            </wp:positionV>
            <wp:extent cx="1422400" cy="1422400"/>
            <wp:effectExtent l="0" t="0" r="0" b="0"/>
            <wp:wrapNone/>
            <wp:docPr id="150075230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52303" name="Imagen 150075230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E2C">
        <w:rPr>
          <w:noProof/>
        </w:rPr>
        <w:drawing>
          <wp:anchor distT="0" distB="0" distL="114300" distR="114300" simplePos="0" relativeHeight="251672576" behindDoc="0" locked="0" layoutInCell="1" allowOverlap="1" wp14:anchorId="7B428243" wp14:editId="3F467AA0">
            <wp:simplePos x="0" y="0"/>
            <wp:positionH relativeFrom="column">
              <wp:posOffset>2747645</wp:posOffset>
            </wp:positionH>
            <wp:positionV relativeFrom="paragraph">
              <wp:posOffset>125730</wp:posOffset>
            </wp:positionV>
            <wp:extent cx="1419860" cy="1343025"/>
            <wp:effectExtent l="0" t="0" r="2540" b="3175"/>
            <wp:wrapNone/>
            <wp:docPr id="190607081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70810" name="Imagen 19060708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131">
        <w:rPr>
          <w:noProof/>
        </w:rPr>
        <w:drawing>
          <wp:anchor distT="0" distB="0" distL="114300" distR="114300" simplePos="0" relativeHeight="251667456" behindDoc="0" locked="0" layoutInCell="1" allowOverlap="1" wp14:anchorId="78132C16" wp14:editId="69E17CC5">
            <wp:simplePos x="0" y="0"/>
            <wp:positionH relativeFrom="column">
              <wp:posOffset>619125</wp:posOffset>
            </wp:positionH>
            <wp:positionV relativeFrom="paragraph">
              <wp:posOffset>2078788</wp:posOffset>
            </wp:positionV>
            <wp:extent cx="1047404" cy="1262006"/>
            <wp:effectExtent l="0" t="0" r="0" b="0"/>
            <wp:wrapNone/>
            <wp:docPr id="43026876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68768" name="Imagen 4302687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7404" cy="126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B94">
        <w:rPr>
          <w:noProof/>
        </w:rPr>
        <w:drawing>
          <wp:anchor distT="0" distB="0" distL="114300" distR="114300" simplePos="0" relativeHeight="251666432" behindDoc="1" locked="0" layoutInCell="1" allowOverlap="1" wp14:anchorId="10E02012" wp14:editId="17244C05">
            <wp:simplePos x="0" y="0"/>
            <wp:positionH relativeFrom="column">
              <wp:posOffset>4692189</wp:posOffset>
            </wp:positionH>
            <wp:positionV relativeFrom="paragraph">
              <wp:posOffset>1000125</wp:posOffset>
            </wp:positionV>
            <wp:extent cx="1651000" cy="1778000"/>
            <wp:effectExtent l="0" t="0" r="0" b="0"/>
            <wp:wrapNone/>
            <wp:docPr id="202396867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68678" name="Imagen 202396867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B94">
        <w:rPr>
          <w:noProof/>
        </w:rPr>
        <w:drawing>
          <wp:anchor distT="0" distB="0" distL="114300" distR="114300" simplePos="0" relativeHeight="251662336" behindDoc="1" locked="0" layoutInCell="1" allowOverlap="1" wp14:anchorId="3C6B070B" wp14:editId="18C60B7E">
            <wp:simplePos x="0" y="0"/>
            <wp:positionH relativeFrom="column">
              <wp:posOffset>-977092</wp:posOffset>
            </wp:positionH>
            <wp:positionV relativeFrom="paragraph">
              <wp:posOffset>1869787</wp:posOffset>
            </wp:positionV>
            <wp:extent cx="1412875" cy="1521460"/>
            <wp:effectExtent l="0" t="0" r="0" b="2540"/>
            <wp:wrapNone/>
            <wp:docPr id="14523590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59054" name="Imagen 145235905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B94">
        <w:rPr>
          <w:noProof/>
        </w:rPr>
        <w:drawing>
          <wp:anchor distT="0" distB="0" distL="114300" distR="114300" simplePos="0" relativeHeight="251664384" behindDoc="1" locked="0" layoutInCell="1" allowOverlap="1" wp14:anchorId="3A792D44" wp14:editId="3C6C47F8">
            <wp:simplePos x="0" y="0"/>
            <wp:positionH relativeFrom="column">
              <wp:posOffset>-743642</wp:posOffset>
            </wp:positionH>
            <wp:positionV relativeFrom="paragraph">
              <wp:posOffset>223982</wp:posOffset>
            </wp:positionV>
            <wp:extent cx="2161309" cy="1307542"/>
            <wp:effectExtent l="0" t="0" r="0" b="635"/>
            <wp:wrapNone/>
            <wp:docPr id="10033916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91613" name="Imagen 10033916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1307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br w:type="page"/>
      </w:r>
    </w:p>
    <w:p w14:paraId="406EC75F" w14:textId="2BC04568" w:rsidR="00354FF1" w:rsidRDefault="00000000">
      <w:pPr>
        <w:pStyle w:val="Ttulo1"/>
      </w:pPr>
      <w:r>
        <w:lastRenderedPageBreak/>
        <w:t>2. WH Questions</w:t>
      </w:r>
    </w:p>
    <w:p w14:paraId="74E350F0" w14:textId="70343DF6" w:rsidR="00354FF1" w:rsidRDefault="00000000">
      <w:r>
        <w:t>How often:</w:t>
      </w:r>
    </w:p>
    <w:p w14:paraId="4FA507B0" w14:textId="2DAF4466" w:rsidR="00354FF1" w:rsidRDefault="00000000">
      <w:pPr>
        <w:pStyle w:val="Listaconvietas"/>
      </w:pPr>
      <w:r>
        <w:t>How often do you wash the dishes?</w:t>
      </w:r>
    </w:p>
    <w:p w14:paraId="0924D890" w14:textId="7F441893" w:rsidR="00354FF1" w:rsidRDefault="00000000">
      <w:pPr>
        <w:pStyle w:val="Listaconvietas"/>
      </w:pPr>
      <w:r>
        <w:t>How often do you clean your room?</w:t>
      </w:r>
    </w:p>
    <w:p w14:paraId="6594B5D2" w14:textId="689E7B63" w:rsidR="00354FF1" w:rsidRDefault="00000000">
      <w:pPr>
        <w:pStyle w:val="Listaconvietas"/>
      </w:pPr>
      <w:r>
        <w:t>How often do you water the plants?</w:t>
      </w:r>
    </w:p>
    <w:p w14:paraId="15102B42" w14:textId="05FC415F" w:rsidR="00354FF1" w:rsidRDefault="00000000">
      <w:pPr>
        <w:pStyle w:val="Listaconvietas"/>
      </w:pPr>
      <w:r>
        <w:t>How often do you take out the trash?</w:t>
      </w:r>
    </w:p>
    <w:p w14:paraId="28584105" w14:textId="3BE269A2" w:rsidR="00354FF1" w:rsidRDefault="00000000">
      <w:pPr>
        <w:pStyle w:val="Listaconvietas"/>
      </w:pPr>
      <w:r>
        <w:t>How often do you cook dinner?</w:t>
      </w:r>
    </w:p>
    <w:p w14:paraId="5CC31F93" w14:textId="232A323B" w:rsidR="00354FF1" w:rsidRDefault="00000000">
      <w:r>
        <w:t>Who:</w:t>
      </w:r>
    </w:p>
    <w:p w14:paraId="449F4489" w14:textId="5498F58D" w:rsidR="00354FF1" w:rsidRDefault="00000000">
      <w:pPr>
        <w:pStyle w:val="Listaconvietas"/>
      </w:pPr>
      <w:r>
        <w:t>Who makes the bed every morning?</w:t>
      </w:r>
    </w:p>
    <w:p w14:paraId="2D151875" w14:textId="0F730665" w:rsidR="00354FF1" w:rsidRDefault="00000000">
      <w:pPr>
        <w:pStyle w:val="Listaconvietas"/>
      </w:pPr>
      <w:r>
        <w:t>Who washes the clothes at home?</w:t>
      </w:r>
    </w:p>
    <w:p w14:paraId="1D580E6F" w14:textId="59586746" w:rsidR="00354FF1" w:rsidRDefault="00000000">
      <w:pPr>
        <w:pStyle w:val="Listaconvietas"/>
      </w:pPr>
      <w:r>
        <w:t>Who takes care of the pets?</w:t>
      </w:r>
    </w:p>
    <w:p w14:paraId="562E6834" w14:textId="16FB7D51" w:rsidR="00354FF1" w:rsidRDefault="00000000">
      <w:pPr>
        <w:pStyle w:val="Listaconvietas"/>
      </w:pPr>
      <w:r>
        <w:t>Who cleans the bathroom?</w:t>
      </w:r>
    </w:p>
    <w:p w14:paraId="4D606F5A" w14:textId="09B9EFC8" w:rsidR="00354FF1" w:rsidRDefault="00000000">
      <w:pPr>
        <w:pStyle w:val="Listaconvietas"/>
      </w:pPr>
      <w:r>
        <w:t>Who sweeps the floor?</w:t>
      </w:r>
    </w:p>
    <w:p w14:paraId="079CAF15" w14:textId="2B6E5C26" w:rsidR="00354FF1" w:rsidRDefault="00000000">
      <w:r>
        <w:t>Where:</w:t>
      </w:r>
    </w:p>
    <w:p w14:paraId="20F574E0" w14:textId="52B56E3F" w:rsidR="00354FF1" w:rsidRDefault="00000000">
      <w:pPr>
        <w:pStyle w:val="Listaconvietas"/>
      </w:pPr>
      <w:r>
        <w:t>Where do you keep the cleaning products?</w:t>
      </w:r>
    </w:p>
    <w:p w14:paraId="03916A5A" w14:textId="42A49F14" w:rsidR="00354FF1" w:rsidRDefault="00000000">
      <w:pPr>
        <w:pStyle w:val="Listaconvietas"/>
      </w:pPr>
      <w:r>
        <w:t>Where do you fold the clothes?</w:t>
      </w:r>
    </w:p>
    <w:p w14:paraId="7CA9C247" w14:textId="4037063E" w:rsidR="00354FF1" w:rsidRDefault="00000000">
      <w:pPr>
        <w:pStyle w:val="Listaconvietas"/>
      </w:pPr>
      <w:r>
        <w:t>Where do you eat breakfast?</w:t>
      </w:r>
    </w:p>
    <w:p w14:paraId="178F17DB" w14:textId="7666C593" w:rsidR="00354FF1" w:rsidRDefault="00000000">
      <w:pPr>
        <w:pStyle w:val="Listaconvietas"/>
      </w:pPr>
      <w:r>
        <w:t>Where do you wash the dishes?</w:t>
      </w:r>
    </w:p>
    <w:p w14:paraId="6792DBFC" w14:textId="0321DB17" w:rsidR="00354FF1" w:rsidRDefault="00000000">
      <w:pPr>
        <w:pStyle w:val="Listaconvietas"/>
      </w:pPr>
      <w:r>
        <w:t>Where do you store the trash bin?</w:t>
      </w:r>
    </w:p>
    <w:p w14:paraId="080E51EE" w14:textId="669AAEFF" w:rsidR="00354FF1" w:rsidRDefault="00000000">
      <w:r>
        <w:br w:type="page"/>
      </w:r>
    </w:p>
    <w:p w14:paraId="2869C2D9" w14:textId="77777777" w:rsidR="00354FF1" w:rsidRDefault="00000000">
      <w:pPr>
        <w:pStyle w:val="Ttulo1"/>
      </w:pPr>
      <w:r>
        <w:lastRenderedPageBreak/>
        <w:t>3. Answers</w:t>
      </w:r>
    </w:p>
    <w:p w14:paraId="7C64B8D3" w14:textId="77777777" w:rsidR="00354FF1" w:rsidRDefault="00000000">
      <w:pPr>
        <w:pStyle w:val="Listaconvietas"/>
      </w:pPr>
      <w:r>
        <w:t>How often:</w:t>
      </w:r>
    </w:p>
    <w:p w14:paraId="3F13671F" w14:textId="77777777" w:rsidR="00354FF1" w:rsidRDefault="00000000">
      <w:pPr>
        <w:pStyle w:val="Listaconvietas"/>
      </w:pPr>
      <w:r>
        <w:t>I wash the dishes every day.</w:t>
      </w:r>
    </w:p>
    <w:p w14:paraId="6667DC76" w14:textId="77777777" w:rsidR="00354FF1" w:rsidRDefault="00000000">
      <w:pPr>
        <w:pStyle w:val="Listaconvietas"/>
      </w:pPr>
      <w:r>
        <w:t>I clean my room twice a week.</w:t>
      </w:r>
    </w:p>
    <w:p w14:paraId="398190A8" w14:textId="77777777" w:rsidR="00354FF1" w:rsidRDefault="00000000">
      <w:pPr>
        <w:pStyle w:val="Listaconvietas"/>
      </w:pPr>
      <w:r>
        <w:t>I water the plants every morning.</w:t>
      </w:r>
    </w:p>
    <w:p w14:paraId="3A974530" w14:textId="77777777" w:rsidR="00354FF1" w:rsidRDefault="00000000">
      <w:pPr>
        <w:pStyle w:val="Listaconvietas"/>
      </w:pPr>
      <w:r>
        <w:t>I take out the trash at night.</w:t>
      </w:r>
    </w:p>
    <w:p w14:paraId="58461934" w14:textId="77777777" w:rsidR="00354FF1" w:rsidRDefault="00000000">
      <w:pPr>
        <w:pStyle w:val="Listaconvietas"/>
      </w:pPr>
      <w:r>
        <w:t>I cook dinner three times a week.</w:t>
      </w:r>
    </w:p>
    <w:p w14:paraId="1441C6C5" w14:textId="77777777" w:rsidR="00354FF1" w:rsidRDefault="00000000">
      <w:pPr>
        <w:pStyle w:val="Listaconvietas"/>
      </w:pPr>
      <w:r>
        <w:t>Who:</w:t>
      </w:r>
    </w:p>
    <w:p w14:paraId="3A73361A" w14:textId="77777777" w:rsidR="00354FF1" w:rsidRDefault="00000000">
      <w:pPr>
        <w:pStyle w:val="Listaconvietas"/>
      </w:pPr>
      <w:r>
        <w:t>My mom makes the bed every morning.</w:t>
      </w:r>
    </w:p>
    <w:p w14:paraId="70EF68AC" w14:textId="77777777" w:rsidR="00354FF1" w:rsidRDefault="00000000">
      <w:pPr>
        <w:pStyle w:val="Listaconvietas"/>
      </w:pPr>
      <w:r>
        <w:t>My sister washes the clothes at home.</w:t>
      </w:r>
    </w:p>
    <w:p w14:paraId="2B8F7789" w14:textId="77777777" w:rsidR="00354FF1" w:rsidRDefault="00000000">
      <w:pPr>
        <w:pStyle w:val="Listaconvietas"/>
      </w:pPr>
      <w:r>
        <w:t>My brother takes care of the pets.</w:t>
      </w:r>
    </w:p>
    <w:p w14:paraId="39E98F92" w14:textId="77777777" w:rsidR="00354FF1" w:rsidRDefault="00000000">
      <w:pPr>
        <w:pStyle w:val="Listaconvietas"/>
      </w:pPr>
      <w:r>
        <w:t>My dad cleans the bathroom on weekends.</w:t>
      </w:r>
    </w:p>
    <w:p w14:paraId="5035B4D9" w14:textId="77777777" w:rsidR="00354FF1" w:rsidRDefault="00000000">
      <w:pPr>
        <w:pStyle w:val="Listaconvietas"/>
      </w:pPr>
      <w:r>
        <w:t>I sweep the floor after school.</w:t>
      </w:r>
    </w:p>
    <w:p w14:paraId="3767B662" w14:textId="77777777" w:rsidR="00354FF1" w:rsidRDefault="00000000">
      <w:pPr>
        <w:pStyle w:val="Listaconvietas"/>
      </w:pPr>
      <w:r>
        <w:t>Where:</w:t>
      </w:r>
    </w:p>
    <w:p w14:paraId="20CCA75E" w14:textId="77777777" w:rsidR="00354FF1" w:rsidRDefault="00000000">
      <w:pPr>
        <w:pStyle w:val="Listaconvietas"/>
      </w:pPr>
      <w:r>
        <w:t>I keep the cleaning products in the laundry room.</w:t>
      </w:r>
    </w:p>
    <w:p w14:paraId="663D8BDA" w14:textId="77777777" w:rsidR="00354FF1" w:rsidRDefault="00000000">
      <w:pPr>
        <w:pStyle w:val="Listaconvietas"/>
      </w:pPr>
      <w:r>
        <w:t>I fold the clothes on my bed.</w:t>
      </w:r>
    </w:p>
    <w:p w14:paraId="622B07B4" w14:textId="77777777" w:rsidR="00354FF1" w:rsidRDefault="00000000">
      <w:pPr>
        <w:pStyle w:val="Listaconvietas"/>
      </w:pPr>
      <w:r>
        <w:t>I eat breakfast in the kitchen.</w:t>
      </w:r>
    </w:p>
    <w:p w14:paraId="27D3789B" w14:textId="77777777" w:rsidR="00354FF1" w:rsidRDefault="00000000">
      <w:pPr>
        <w:pStyle w:val="Listaconvietas"/>
      </w:pPr>
      <w:r>
        <w:t>I wash the dishes in the sink.</w:t>
      </w:r>
    </w:p>
    <w:p w14:paraId="76C6A194" w14:textId="77777777" w:rsidR="00354FF1" w:rsidRDefault="00000000">
      <w:pPr>
        <w:pStyle w:val="Listaconvietas"/>
      </w:pPr>
      <w:r>
        <w:t>I store the trash bin outside the house.</w:t>
      </w:r>
    </w:p>
    <w:sectPr w:rsidR="00354FF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altName w:val="Calibri"/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61786919">
    <w:abstractNumId w:val="8"/>
  </w:num>
  <w:num w:numId="2" w16cid:durableId="435180099">
    <w:abstractNumId w:val="6"/>
  </w:num>
  <w:num w:numId="3" w16cid:durableId="574124004">
    <w:abstractNumId w:val="5"/>
  </w:num>
  <w:num w:numId="4" w16cid:durableId="921334718">
    <w:abstractNumId w:val="4"/>
  </w:num>
  <w:num w:numId="5" w16cid:durableId="1109739006">
    <w:abstractNumId w:val="7"/>
  </w:num>
  <w:num w:numId="6" w16cid:durableId="166482850">
    <w:abstractNumId w:val="3"/>
  </w:num>
  <w:num w:numId="7" w16cid:durableId="1653213084">
    <w:abstractNumId w:val="2"/>
  </w:num>
  <w:num w:numId="8" w16cid:durableId="1857228590">
    <w:abstractNumId w:val="1"/>
  </w:num>
  <w:num w:numId="9" w16cid:durableId="1852445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37778"/>
    <w:rsid w:val="0029639D"/>
    <w:rsid w:val="00326F90"/>
    <w:rsid w:val="00354FF1"/>
    <w:rsid w:val="00432022"/>
    <w:rsid w:val="00547CFE"/>
    <w:rsid w:val="00715F02"/>
    <w:rsid w:val="007E6E92"/>
    <w:rsid w:val="007F171F"/>
    <w:rsid w:val="008A2AF0"/>
    <w:rsid w:val="00A36B94"/>
    <w:rsid w:val="00A36E4C"/>
    <w:rsid w:val="00A44E2C"/>
    <w:rsid w:val="00A5469C"/>
    <w:rsid w:val="00AA1D8D"/>
    <w:rsid w:val="00B47730"/>
    <w:rsid w:val="00C01C40"/>
    <w:rsid w:val="00C34131"/>
    <w:rsid w:val="00CB0664"/>
    <w:rsid w:val="00D210DB"/>
    <w:rsid w:val="00D9544A"/>
    <w:rsid w:val="00E84C7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200B47"/>
  <w14:defaultImageDpi w14:val="300"/>
  <w15:docId w15:val="{A10FC687-7AED-9541-A156-124A8B04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melany noriega</cp:lastModifiedBy>
  <cp:revision>16</cp:revision>
  <dcterms:created xsi:type="dcterms:W3CDTF">2025-10-10T03:35:00Z</dcterms:created>
  <dcterms:modified xsi:type="dcterms:W3CDTF">2025-10-10T03:46:00Z</dcterms:modified>
  <cp:category/>
</cp:coreProperties>
</file>