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1FBD6" w14:textId="2B057BB5" w:rsidR="00494669" w:rsidRDefault="00F653F5">
      <w:pPr>
        <w:pStyle w:val="Ttulo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C679BA2" wp14:editId="3A7C6FBF">
            <wp:simplePos x="0" y="0"/>
            <wp:positionH relativeFrom="column">
              <wp:posOffset>-1108075</wp:posOffset>
            </wp:positionH>
            <wp:positionV relativeFrom="paragraph">
              <wp:posOffset>-897255</wp:posOffset>
            </wp:positionV>
            <wp:extent cx="7714615" cy="10012680"/>
            <wp:effectExtent l="0" t="0" r="635" b="7620"/>
            <wp:wrapTopAndBottom/>
            <wp:docPr id="4478004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00492" name="Imagen 4478004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14615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2EBA9" w14:textId="77777777" w:rsidR="00494669" w:rsidRDefault="00494669">
      <w:pPr>
        <w:pStyle w:val="Ttulo"/>
      </w:pPr>
    </w:p>
    <w:p w14:paraId="55A60F5A" w14:textId="75EBFB16" w:rsidR="00DD6BD1" w:rsidRDefault="00000000">
      <w:pPr>
        <w:pStyle w:val="Ttulo"/>
      </w:pPr>
      <w:r>
        <w:t xml:space="preserve"> El Aparato Digestivo</w:t>
      </w:r>
    </w:p>
    <w:p w14:paraId="4B89CC0E" w14:textId="75A80955" w:rsidR="00696CF7" w:rsidRDefault="00696CF7">
      <w:pPr>
        <w:pStyle w:val="Ttulo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90398E" wp14:editId="6B005D53">
            <wp:simplePos x="0" y="0"/>
            <wp:positionH relativeFrom="column">
              <wp:posOffset>3376930</wp:posOffset>
            </wp:positionH>
            <wp:positionV relativeFrom="paragraph">
              <wp:posOffset>613410</wp:posOffset>
            </wp:positionV>
            <wp:extent cx="972185" cy="1927860"/>
            <wp:effectExtent l="0" t="0" r="0" b="0"/>
            <wp:wrapTopAndBottom/>
            <wp:docPr id="10528464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46495" name="Imagen 10528464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F12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7CF51E9" wp14:editId="4CF43C93">
                <wp:simplePos x="0" y="0"/>
                <wp:positionH relativeFrom="column">
                  <wp:posOffset>201930</wp:posOffset>
                </wp:positionH>
                <wp:positionV relativeFrom="paragraph">
                  <wp:posOffset>557530</wp:posOffset>
                </wp:positionV>
                <wp:extent cx="2978150" cy="1567180"/>
                <wp:effectExtent l="0" t="0" r="12700" b="13970"/>
                <wp:wrapSquare wrapText="bothSides"/>
                <wp:docPr id="94786861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15671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D1EF2" w14:textId="77777777" w:rsidR="009D3047" w:rsidRDefault="009D3047" w:rsidP="00F97C3F">
                            <w:r>
                              <w:t>El aparato digestivo es el sistema del cuerpo humano encargado de transformar los alimentos en nutrientes que el organismo puede absorber y utilizar para obtener energía, crecer y reparar tejidos. Este proceso se lleva a cabo gracias a una serie de órganos que trabajan de forma coordinada.</w:t>
                            </w:r>
                          </w:p>
                          <w:p w14:paraId="7B64B463" w14:textId="5350C833" w:rsidR="00DC46AA" w:rsidRDefault="00DC46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F51E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5.9pt;margin-top:43.9pt;width:234.5pt;height:123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" strokeweight=".5pt">
                <v:textbox>
                  <w:txbxContent>
                    <w:p w14:paraId="5D1D1EF2" w14:textId="77777777" w:rsidR="009D3047" w:rsidRDefault="009D3047" w:rsidP="00F97C3F">
                      <w:r>
                        <w:t>El aparato digestivo es el sistema del cuerpo humano encargado de transformar los alimentos en nutrientes que el organismo puede absorber y utilizar para obtener energía, crecer y reparar tejidos. Este proceso se lleva a cabo gracias a una serie de órganos que trabajan de forma coordinada.</w:t>
                      </w:r>
                    </w:p>
                    <w:p w14:paraId="7B64B463" w14:textId="5350C833" w:rsidR="00DC46AA" w:rsidRDefault="00DC46AA"/>
                  </w:txbxContent>
                </v:textbox>
                <w10:wrap type="square"/>
              </v:shape>
            </w:pict>
          </mc:Fallback>
        </mc:AlternateContent>
      </w:r>
      <w:r>
        <w:t>¿Qué es el aparato digestivo?</w:t>
      </w:r>
    </w:p>
    <w:p w14:paraId="18F0447C" w14:textId="7E8376C5" w:rsidR="00DD6BD1" w:rsidRDefault="00000000">
      <w:pPr>
        <w:pStyle w:val="Ttulo1"/>
      </w:pPr>
      <w:r>
        <w:t>Recorrido del alimento por el aparato digestivo</w:t>
      </w:r>
    </w:p>
    <w:p w14:paraId="54800AD5" w14:textId="3CCA3CA7" w:rsidR="00DD6BD1" w:rsidRDefault="00000000">
      <w:r>
        <w:t>A continuación, se explica el trayecto que realiza el alimento desde que entra en el cuerpo hasta que es eliminado:</w:t>
      </w:r>
    </w:p>
    <w:p w14:paraId="4F2C79A6" w14:textId="67E05100" w:rsidR="00DD6BD1" w:rsidRDefault="00000000">
      <w:pPr>
        <w:pStyle w:val="Ttulo2"/>
      </w:pPr>
      <w:r>
        <w:t>1. Boca</w:t>
      </w:r>
    </w:p>
    <w:p w14:paraId="7843C133" w14:textId="23906E2E" w:rsidR="00DD6BD1" w:rsidRDefault="00994B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8F8136" wp14:editId="5802FE18">
                <wp:simplePos x="0" y="0"/>
                <wp:positionH relativeFrom="column">
                  <wp:posOffset>3760470</wp:posOffset>
                </wp:positionH>
                <wp:positionV relativeFrom="paragraph">
                  <wp:posOffset>138430</wp:posOffset>
                </wp:positionV>
                <wp:extent cx="1880235" cy="941705"/>
                <wp:effectExtent l="0" t="0" r="24765" b="10795"/>
                <wp:wrapSquare wrapText="bothSides"/>
                <wp:docPr id="201929653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9417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AC0FE" w14:textId="63E92BF1" w:rsidR="00C63E37" w:rsidRDefault="00C63E37">
                            <w:r w:rsidRPr="00820017">
                              <w:rPr>
                                <w:b/>
                                <w:bCs/>
                              </w:rPr>
                              <w:t>Importancia:</w:t>
                            </w:r>
                            <w:r>
                              <w:t xml:space="preserve"> La saliva contiene enzimas que inician la digestión de los carbohidratos.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8136" id="Cuadro de texto 4" o:spid="_x0000_s1027" type="#_x0000_t202" style="position:absolute;margin-left:296.1pt;margin-top:10.9pt;width:148.05pt;height:7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" strokeweight=".5pt">
                <v:textbox>
                  <w:txbxContent>
                    <w:p w14:paraId="405AC0FE" w14:textId="63E92BF1" w:rsidR="00C63E37" w:rsidRDefault="00C63E37">
                      <w:r w:rsidRPr="00820017">
                        <w:rPr>
                          <w:b/>
                          <w:bCs/>
                        </w:rPr>
                        <w:t>Importancia:</w:t>
                      </w:r>
                      <w:r>
                        <w:t xml:space="preserve"> La saliva contiene enzimas que inician la digestión de los carbohidratos.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02A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8A08C97" wp14:editId="5DCEEB2E">
                <wp:simplePos x="0" y="0"/>
                <wp:positionH relativeFrom="column">
                  <wp:posOffset>11430</wp:posOffset>
                </wp:positionH>
                <wp:positionV relativeFrom="paragraph">
                  <wp:posOffset>139065</wp:posOffset>
                </wp:positionV>
                <wp:extent cx="1607820" cy="1551305"/>
                <wp:effectExtent l="0" t="0" r="11430" b="10795"/>
                <wp:wrapSquare wrapText="bothSides"/>
                <wp:docPr id="1678388901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15513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5991A" w14:textId="1A0CCD93" w:rsidR="00C01CE9" w:rsidRDefault="00460A36">
                            <w:r w:rsidRPr="00BD61BC">
                              <w:rPr>
                                <w:b/>
                                <w:bCs/>
                              </w:rPr>
                              <w:t xml:space="preserve">Función: </w:t>
                            </w:r>
                            <w:r>
                              <w:t>Es la puerta de entrada del alimento. Aquí se realiza la masticación (triturar los alimentos con los dientes) y la insalivación (mezcla con la saliva).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08C97" id="Cuadro de texto 3" o:spid="_x0000_s1028" type="#_x0000_t202" style="position:absolute;margin-left:.9pt;margin-top:10.95pt;width:126.6pt;height:122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" strokeweight=".5pt">
                <v:textbox>
                  <w:txbxContent>
                    <w:p w14:paraId="4D25991A" w14:textId="1A0CCD93" w:rsidR="00C01CE9" w:rsidRDefault="00460A36">
                      <w:r w:rsidRPr="00BD61BC">
                        <w:rPr>
                          <w:b/>
                          <w:bCs/>
                        </w:rPr>
                        <w:t xml:space="preserve">Función: </w:t>
                      </w:r>
                      <w:r>
                        <w:t>Es la puerta de entrada del alimento. Aquí se realiza la masticación (triturar los alimentos con los dientes) y la insalivación (mezcla con la saliva).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3A9E">
        <w:rPr>
          <w:noProof/>
        </w:rPr>
        <w:drawing>
          <wp:inline distT="0" distB="0" distL="0" distR="0" wp14:anchorId="77B44BE7" wp14:editId="0D77C628">
            <wp:extent cx="1542643" cy="1352212"/>
            <wp:effectExtent l="0" t="0" r="635" b="635"/>
            <wp:docPr id="104730153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01531" name="Imagen 104730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2643" cy="135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9ADA" w14:textId="77777777" w:rsidR="0036339A" w:rsidRDefault="0036339A">
      <w:pPr>
        <w:pStyle w:val="Ttulo2"/>
      </w:pPr>
    </w:p>
    <w:p w14:paraId="5A57B0F2" w14:textId="0845B558" w:rsidR="00DD6BD1" w:rsidRDefault="00000000">
      <w:pPr>
        <w:pStyle w:val="Ttulo2"/>
      </w:pPr>
      <w:r>
        <w:t>2. Faringe y Esófago</w:t>
      </w:r>
    </w:p>
    <w:p w14:paraId="712C11A6" w14:textId="5F2E9EE1" w:rsidR="00DD6BD1" w:rsidRDefault="00613C56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096342" wp14:editId="0874FBF7">
                <wp:simplePos x="0" y="0"/>
                <wp:positionH relativeFrom="column">
                  <wp:posOffset>2423160</wp:posOffset>
                </wp:positionH>
                <wp:positionV relativeFrom="paragraph">
                  <wp:posOffset>1327785</wp:posOffset>
                </wp:positionV>
                <wp:extent cx="2755900" cy="622300"/>
                <wp:effectExtent l="0" t="0" r="25400" b="25400"/>
                <wp:wrapSquare wrapText="bothSides"/>
                <wp:docPr id="1819788895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622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81F54" w14:textId="28EA705D" w:rsidR="004864C9" w:rsidRDefault="007E4F9C">
                            <w:r w:rsidRPr="007E4F9C">
                              <w:rPr>
                                <w:b/>
                                <w:bCs/>
                              </w:rPr>
                              <w:t>Esófago:</w:t>
                            </w:r>
                            <w:r>
                              <w:t xml:space="preserve"> Tubo muscular que lleva el bolo al estómago mediante movimientos llamados peristálticos.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96342" id="Cuadro de texto 6" o:spid="_x0000_s1029" type="#_x0000_t202" style="position:absolute;margin-left:190.8pt;margin-top:104.55pt;width:217pt;height:4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" strokeweight=".5pt">
                <v:textbox>
                  <w:txbxContent>
                    <w:p w14:paraId="4E481F54" w14:textId="28EA705D" w:rsidR="004864C9" w:rsidRDefault="007E4F9C">
                      <w:r w:rsidRPr="007E4F9C">
                        <w:rPr>
                          <w:b/>
                          <w:bCs/>
                        </w:rPr>
                        <w:t>Esófago:</w:t>
                      </w:r>
                      <w:r>
                        <w:t xml:space="preserve"> Tubo muscular que lleva el bolo al estómago mediante movimientos llamados peristálticos.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5AF100EC" wp14:editId="0C27376F">
            <wp:extent cx="1492142" cy="1102468"/>
            <wp:effectExtent l="0" t="0" r="0" b="2540"/>
            <wp:docPr id="147450527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05279" name="Imagen 14745052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2142" cy="110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5DE">
        <w:rPr>
          <w:b/>
          <w:bCs/>
          <w:noProof/>
        </w:rPr>
        <w:drawing>
          <wp:inline distT="0" distB="0" distL="0" distR="0" wp14:anchorId="1A9211F4" wp14:editId="0BA7C1D5">
            <wp:extent cx="687421" cy="808913"/>
            <wp:effectExtent l="0" t="0" r="0" b="0"/>
            <wp:docPr id="52039276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92763" name="Imagen 5203927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421" cy="80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5A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F5574F" wp14:editId="4161B976">
                <wp:simplePos x="0" y="0"/>
                <wp:positionH relativeFrom="column">
                  <wp:posOffset>-2540</wp:posOffset>
                </wp:positionH>
                <wp:positionV relativeFrom="paragraph">
                  <wp:posOffset>60325</wp:posOffset>
                </wp:positionV>
                <wp:extent cx="2194560" cy="1270000"/>
                <wp:effectExtent l="0" t="0" r="15240" b="10160"/>
                <wp:wrapSquare wrapText="bothSides"/>
                <wp:docPr id="1456050234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D31EFC" w14:textId="27670096" w:rsidR="007E4F9C" w:rsidRDefault="00584669">
                            <w:r w:rsidRPr="00584669">
                              <w:rPr>
                                <w:b/>
                                <w:bCs/>
                              </w:rPr>
                              <w:t xml:space="preserve">Faringe: </w:t>
                            </w:r>
                            <w:r>
                              <w:t xml:space="preserve">Conduce el bolo alimenticio (alimento ya masticado) hacia el esófago.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F5574F" id="Cuadro de texto 7" o:spid="_x0000_s1030" type="#_x0000_t202" style="position:absolute;margin-left:-.2pt;margin-top:4.75pt;width:172.8pt;height:100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" strokeweight=".5pt">
                <v:textbox style="mso-fit-shape-to-text:t">
                  <w:txbxContent>
                    <w:p w14:paraId="7BD31EFC" w14:textId="27670096" w:rsidR="007E4F9C" w:rsidRDefault="00584669">
                      <w:r w:rsidRPr="00584669">
                        <w:rPr>
                          <w:b/>
                          <w:bCs/>
                        </w:rPr>
                        <w:t xml:space="preserve">Faringe: </w:t>
                      </w:r>
                      <w:r>
                        <w:t xml:space="preserve">Conduce el bolo alimenticio (alimento ya masticado) hacia el esófago.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5E850F" w14:textId="2583D514" w:rsidR="002E2DD2" w:rsidRDefault="002E2DD2">
      <w:pPr>
        <w:pStyle w:val="Ttulo2"/>
      </w:pPr>
    </w:p>
    <w:p w14:paraId="1BA5743B" w14:textId="77777777" w:rsidR="00137F2D" w:rsidRDefault="00137F2D" w:rsidP="00137F2D"/>
    <w:p w14:paraId="31BC2512" w14:textId="77777777" w:rsidR="00994B7C" w:rsidRDefault="00994B7C" w:rsidP="00137F2D"/>
    <w:p w14:paraId="4E7EF94E" w14:textId="77777777" w:rsidR="00994B7C" w:rsidRDefault="00994B7C" w:rsidP="00137F2D"/>
    <w:p w14:paraId="3F08A71F" w14:textId="77777777" w:rsidR="00994B7C" w:rsidRPr="00137F2D" w:rsidRDefault="00994B7C" w:rsidP="00137F2D"/>
    <w:p w14:paraId="42ADF00F" w14:textId="384FF70E" w:rsidR="00DD6BD1" w:rsidRDefault="00000000">
      <w:pPr>
        <w:pStyle w:val="Ttulo2"/>
      </w:pPr>
      <w:r>
        <w:t>3. Estómago</w:t>
      </w:r>
    </w:p>
    <w:p w14:paraId="25DF58BA" w14:textId="6EC5AA07" w:rsidR="00DD6BD1" w:rsidRDefault="006326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45D15A" wp14:editId="3EF792A4">
                <wp:simplePos x="0" y="0"/>
                <wp:positionH relativeFrom="column">
                  <wp:posOffset>233045</wp:posOffset>
                </wp:positionH>
                <wp:positionV relativeFrom="paragraph">
                  <wp:posOffset>1938020</wp:posOffset>
                </wp:positionV>
                <wp:extent cx="4636135" cy="572135"/>
                <wp:effectExtent l="0" t="0" r="12065" b="18415"/>
                <wp:wrapSquare wrapText="bothSides"/>
                <wp:docPr id="1523082032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135" cy="5721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1D489" w14:textId="5FD7E2D0" w:rsidR="0081469E" w:rsidRDefault="006B0042">
                            <w:r w:rsidRPr="0004246F">
                              <w:rPr>
                                <w:b/>
                                <w:bCs/>
                              </w:rPr>
                              <w:t>Importancia</w:t>
                            </w:r>
                            <w:r>
                              <w:t>: Inicia la digestión de las proteínas y actúa como reservorio temporal del alimento.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D15A" id="Cuadro de texto 11" o:spid="_x0000_s1031" type="#_x0000_t202" style="position:absolute;margin-left:18.35pt;margin-top:152.6pt;width:365.05pt;height:4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" strokeweight=".5pt">
                <v:textbox>
                  <w:txbxContent>
                    <w:p w14:paraId="6FD1D489" w14:textId="5FD7E2D0" w:rsidR="0081469E" w:rsidRDefault="006B0042">
                      <w:r w:rsidRPr="0004246F">
                        <w:rPr>
                          <w:b/>
                          <w:bCs/>
                        </w:rPr>
                        <w:t>Importancia</w:t>
                      </w:r>
                      <w:r>
                        <w:t>: Inicia la digestión de las proteínas y actúa como reservorio temporal del alimento.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FB9">
        <w:rPr>
          <w:noProof/>
        </w:rPr>
        <w:drawing>
          <wp:anchor distT="0" distB="0" distL="114300" distR="114300" simplePos="0" relativeHeight="251666432" behindDoc="0" locked="0" layoutInCell="1" allowOverlap="1" wp14:anchorId="6839C019" wp14:editId="4CA8B4C3">
            <wp:simplePos x="0" y="0"/>
            <wp:positionH relativeFrom="column">
              <wp:posOffset>2685415</wp:posOffset>
            </wp:positionH>
            <wp:positionV relativeFrom="paragraph">
              <wp:posOffset>128270</wp:posOffset>
            </wp:positionV>
            <wp:extent cx="1387475" cy="1645920"/>
            <wp:effectExtent l="0" t="0" r="3175" b="0"/>
            <wp:wrapTopAndBottom/>
            <wp:docPr id="5906313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31380" name="Imagen 59063138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90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53BD533" wp14:editId="2A11595A">
                <wp:simplePos x="0" y="0"/>
                <wp:positionH relativeFrom="column">
                  <wp:posOffset>121285</wp:posOffset>
                </wp:positionH>
                <wp:positionV relativeFrom="paragraph">
                  <wp:posOffset>52705</wp:posOffset>
                </wp:positionV>
                <wp:extent cx="1997075" cy="1082675"/>
                <wp:effectExtent l="0" t="0" r="22225" b="22225"/>
                <wp:wrapSquare wrapText="bothSides"/>
                <wp:docPr id="1708449881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75" cy="1082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33905" w14:textId="63ACCB9A" w:rsidR="00F44906" w:rsidRDefault="002452A3">
                            <w:r w:rsidRPr="002452A3">
                              <w:rPr>
                                <w:b/>
                                <w:bCs/>
                              </w:rPr>
                              <w:t xml:space="preserve">Función: </w:t>
                            </w:r>
                            <w:r>
                              <w:t>Mezcla el alimento con los jugos gástricos, transformándolo en una sustancia semilíquida llamada quimo.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BD533" id="Cuadro de texto 10" o:spid="_x0000_s1032" type="#_x0000_t202" style="position:absolute;margin-left:9.55pt;margin-top:4.15pt;width:157.25pt;height:85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" strokeweight=".5pt">
                <v:textbox>
                  <w:txbxContent>
                    <w:p w14:paraId="5AD33905" w14:textId="63ACCB9A" w:rsidR="00F44906" w:rsidRDefault="002452A3">
                      <w:r w:rsidRPr="002452A3">
                        <w:rPr>
                          <w:b/>
                          <w:bCs/>
                        </w:rPr>
                        <w:t xml:space="preserve">Función: </w:t>
                      </w:r>
                      <w:r>
                        <w:t>Mezcla el alimento con los jugos gástricos, transformándolo en una sustancia semilíquida llamada quimo.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F60F75" w14:textId="3726E99E" w:rsidR="002452A3" w:rsidRDefault="002452A3">
      <w:pPr>
        <w:pStyle w:val="Ttulo2"/>
      </w:pPr>
    </w:p>
    <w:p w14:paraId="01521FA7" w14:textId="77777777" w:rsidR="0004246F" w:rsidRDefault="0004246F">
      <w:pPr>
        <w:pStyle w:val="Ttulo2"/>
      </w:pPr>
    </w:p>
    <w:p w14:paraId="045B92EB" w14:textId="5DB84594" w:rsidR="00DD6BD1" w:rsidRDefault="00000000">
      <w:pPr>
        <w:pStyle w:val="Ttulo2"/>
      </w:pPr>
      <w:r>
        <w:t>4. Intestino Delgado</w:t>
      </w:r>
    </w:p>
    <w:p w14:paraId="4C9F55E1" w14:textId="015504CD" w:rsidR="0077454B" w:rsidRDefault="00C726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291F3D" wp14:editId="0C7AC61C">
                <wp:simplePos x="0" y="0"/>
                <wp:positionH relativeFrom="column">
                  <wp:posOffset>168275</wp:posOffset>
                </wp:positionH>
                <wp:positionV relativeFrom="paragraph">
                  <wp:posOffset>2103755</wp:posOffset>
                </wp:positionV>
                <wp:extent cx="4479290" cy="498475"/>
                <wp:effectExtent l="0" t="0" r="16510" b="15875"/>
                <wp:wrapSquare wrapText="bothSides"/>
                <wp:docPr id="101647732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9290" cy="498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22047" w14:textId="53FAC3B0" w:rsidR="008A26B7" w:rsidRDefault="000D0734">
                            <w:r>
                              <w:t xml:space="preserve"> </w:t>
                            </w:r>
                            <w:r w:rsidRPr="000D0734">
                              <w:rPr>
                                <w:b/>
                                <w:bCs/>
                              </w:rPr>
                              <w:t xml:space="preserve">Importancia: </w:t>
                            </w:r>
                            <w:r>
                              <w:t>Aquí actúan jugos pancreáticos y bilis, ayudando a descomponer grasas, proteínas y carbohidratos.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1F3D" id="_x0000_s1033" type="#_x0000_t202" style="position:absolute;margin-left:13.25pt;margin-top:165.65pt;width:352.7pt;height:3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" strokeweight=".5pt">
                <v:textbox>
                  <w:txbxContent>
                    <w:p w14:paraId="1E222047" w14:textId="53FAC3B0" w:rsidR="008A26B7" w:rsidRDefault="000D0734">
                      <w:r>
                        <w:t xml:space="preserve"> </w:t>
                      </w:r>
                      <w:r w:rsidRPr="000D0734">
                        <w:rPr>
                          <w:b/>
                          <w:bCs/>
                        </w:rPr>
                        <w:t xml:space="preserve">Importancia: </w:t>
                      </w:r>
                      <w:r>
                        <w:t>Aquí actúan jugos pancreáticos y bilis, ayudando a descomponer grasas, proteínas y carbohidratos.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84D91D" wp14:editId="35A5ED23">
            <wp:extent cx="1813338" cy="1906604"/>
            <wp:effectExtent l="0" t="0" r="0" b="0"/>
            <wp:docPr id="20848329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32923" name="Imagen 20848329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3695" cy="190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54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D999A2" wp14:editId="6C52433B">
                <wp:simplePos x="0" y="0"/>
                <wp:positionH relativeFrom="column">
                  <wp:posOffset>122555</wp:posOffset>
                </wp:positionH>
                <wp:positionV relativeFrom="paragraph">
                  <wp:posOffset>89535</wp:posOffset>
                </wp:positionV>
                <wp:extent cx="1997075" cy="1356360"/>
                <wp:effectExtent l="0" t="0" r="22225" b="15240"/>
                <wp:wrapSquare wrapText="bothSides"/>
                <wp:docPr id="209858985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75" cy="1356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CC591" w14:textId="77777777" w:rsidR="00923DB0" w:rsidRDefault="00AF3A3D">
                            <w:r w:rsidRPr="00AF3A3D">
                              <w:rPr>
                                <w:b/>
                                <w:bCs/>
                              </w:rPr>
                              <w:t xml:space="preserve">Está formado por tres partes: </w:t>
                            </w:r>
                            <w:r>
                              <w:t xml:space="preserve">duodeno, yeyuno e íleon. </w:t>
                            </w:r>
                          </w:p>
                          <w:p w14:paraId="56DC5189" w14:textId="393F4668" w:rsidR="0077454B" w:rsidRDefault="00AF3A3D">
                            <w:r w:rsidRPr="00923DB0">
                              <w:rPr>
                                <w:b/>
                                <w:bCs/>
                              </w:rPr>
                              <w:t>Función:</w:t>
                            </w:r>
                            <w:r>
                              <w:t xml:space="preserve"> Es el principal sitio de digestión y absorción de nutrientes.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99A2" id="Cuadro de texto 2" o:spid="_x0000_s1034" type="#_x0000_t202" style="position:absolute;margin-left:9.65pt;margin-top:7.05pt;width:157.25pt;height:106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" strokeweight=".5pt">
                <v:textbox>
                  <w:txbxContent>
                    <w:p w14:paraId="4B7CC591" w14:textId="77777777" w:rsidR="00923DB0" w:rsidRDefault="00AF3A3D">
                      <w:r w:rsidRPr="00AF3A3D">
                        <w:rPr>
                          <w:b/>
                          <w:bCs/>
                        </w:rPr>
                        <w:t xml:space="preserve">Está formado por tres partes: </w:t>
                      </w:r>
                      <w:r>
                        <w:t xml:space="preserve">duodeno, yeyuno e íleon. </w:t>
                      </w:r>
                    </w:p>
                    <w:p w14:paraId="56DC5189" w14:textId="393F4668" w:rsidR="0077454B" w:rsidRDefault="00AF3A3D">
                      <w:r w:rsidRPr="00923DB0">
                        <w:rPr>
                          <w:b/>
                          <w:bCs/>
                        </w:rPr>
                        <w:t>Función:</w:t>
                      </w:r>
                      <w:r>
                        <w:t xml:space="preserve"> Es el principal sitio de digestión y absorción de nutrientes.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B02257" w14:textId="0BBF1583" w:rsidR="008A26B7" w:rsidRDefault="008A26B7">
      <w:pPr>
        <w:pStyle w:val="Ttulo2"/>
      </w:pPr>
    </w:p>
    <w:p w14:paraId="38012E17" w14:textId="77777777" w:rsidR="008A26B7" w:rsidRDefault="008A26B7">
      <w:pPr>
        <w:pStyle w:val="Ttulo2"/>
      </w:pPr>
    </w:p>
    <w:p w14:paraId="3C555919" w14:textId="77777777" w:rsidR="00595B84" w:rsidRDefault="00595B84">
      <w:pPr>
        <w:pStyle w:val="Ttulo2"/>
      </w:pPr>
    </w:p>
    <w:p w14:paraId="6BE5155C" w14:textId="77777777" w:rsidR="007700BE" w:rsidRPr="007700BE" w:rsidRDefault="007700BE" w:rsidP="007700BE"/>
    <w:p w14:paraId="5D56FE91" w14:textId="77777777" w:rsidR="00494669" w:rsidRDefault="00494669">
      <w:pPr>
        <w:pStyle w:val="Ttulo2"/>
      </w:pPr>
    </w:p>
    <w:p w14:paraId="1FFCCECA" w14:textId="77777777" w:rsidR="00494669" w:rsidRDefault="00494669">
      <w:pPr>
        <w:pStyle w:val="Ttulo2"/>
      </w:pPr>
    </w:p>
    <w:p w14:paraId="0C3203D2" w14:textId="6D70EB39" w:rsidR="00DD6BD1" w:rsidRDefault="00000000">
      <w:pPr>
        <w:pStyle w:val="Ttulo2"/>
      </w:pPr>
      <w:r>
        <w:t>5. Intestino Grueso</w:t>
      </w:r>
    </w:p>
    <w:p w14:paraId="23E23813" w14:textId="3CF35AC6" w:rsidR="00FB42BE" w:rsidRPr="00FB42BE" w:rsidRDefault="00EB3B38" w:rsidP="00FB42BE">
      <w:r>
        <w:rPr>
          <w:noProof/>
        </w:rPr>
        <w:drawing>
          <wp:anchor distT="0" distB="0" distL="114300" distR="114300" simplePos="0" relativeHeight="251672576" behindDoc="0" locked="0" layoutInCell="1" allowOverlap="1" wp14:anchorId="2363DEBB" wp14:editId="4EDED0DB">
            <wp:simplePos x="0" y="0"/>
            <wp:positionH relativeFrom="column">
              <wp:posOffset>2468245</wp:posOffset>
            </wp:positionH>
            <wp:positionV relativeFrom="paragraph">
              <wp:posOffset>95885</wp:posOffset>
            </wp:positionV>
            <wp:extent cx="1175385" cy="1163955"/>
            <wp:effectExtent l="0" t="0" r="5715" b="0"/>
            <wp:wrapTopAndBottom/>
            <wp:docPr id="6166453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45384" name="Imagen 61664538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1D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45546C" wp14:editId="58BF7154">
                <wp:simplePos x="0" y="0"/>
                <wp:positionH relativeFrom="column">
                  <wp:posOffset>58420</wp:posOffset>
                </wp:positionH>
                <wp:positionV relativeFrom="paragraph">
                  <wp:posOffset>93980</wp:posOffset>
                </wp:positionV>
                <wp:extent cx="2194560" cy="1270000"/>
                <wp:effectExtent l="0" t="0" r="15240" b="10160"/>
                <wp:wrapSquare wrapText="bothSides"/>
                <wp:docPr id="16187521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E16A6A" w14:textId="5A52F7F1" w:rsidR="00610E15" w:rsidRDefault="00F156B0">
                            <w:r w:rsidRPr="00F156B0">
                              <w:rPr>
                                <w:b/>
                                <w:bCs/>
                              </w:rPr>
                              <w:t>Partes:</w:t>
                            </w:r>
                            <w:r>
                              <w:t xml:space="preserve"> ciego, colon y recto. </w:t>
                            </w:r>
                            <w:r w:rsidRPr="00F156B0">
                              <w:rPr>
                                <w:b/>
                                <w:bCs/>
                              </w:rPr>
                              <w:t xml:space="preserve">Función: </w:t>
                            </w:r>
                            <w:r>
                              <w:t xml:space="preserve">Absorbe el agua y forma las heces.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45546C" id="_x0000_s1035" type="#_x0000_t202" style="position:absolute;margin-left:4.6pt;margin-top:7.4pt;width:172.8pt;height:100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" strokeweight=".5pt">
                <v:textbox style="mso-fit-shape-to-text:t">
                  <w:txbxContent>
                    <w:p w14:paraId="76E16A6A" w14:textId="5A52F7F1" w:rsidR="00610E15" w:rsidRDefault="00F156B0">
                      <w:r w:rsidRPr="00F156B0">
                        <w:rPr>
                          <w:b/>
                          <w:bCs/>
                        </w:rPr>
                        <w:t>Partes:</w:t>
                      </w:r>
                      <w:r>
                        <w:t xml:space="preserve"> ciego, colon y recto. </w:t>
                      </w:r>
                      <w:r w:rsidRPr="00F156B0">
                        <w:rPr>
                          <w:b/>
                          <w:bCs/>
                        </w:rPr>
                        <w:t xml:space="preserve">Función: </w:t>
                      </w:r>
                      <w:r>
                        <w:t xml:space="preserve">Absorbe el agua y forma las heces.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C9381F" w14:textId="1AAF061D" w:rsidR="00DD6BD1" w:rsidRDefault="00FE603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878F5F" wp14:editId="1F757905">
                <wp:simplePos x="0" y="0"/>
                <wp:positionH relativeFrom="column">
                  <wp:posOffset>57150</wp:posOffset>
                </wp:positionH>
                <wp:positionV relativeFrom="paragraph">
                  <wp:posOffset>16510</wp:posOffset>
                </wp:positionV>
                <wp:extent cx="4645660" cy="452120"/>
                <wp:effectExtent l="0" t="0" r="21590" b="24130"/>
                <wp:wrapSquare wrapText="bothSides"/>
                <wp:docPr id="31985176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660" cy="452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B9854" w14:textId="165454A8" w:rsidR="00AF51D8" w:rsidRDefault="00495DFE">
                            <w:r>
                              <w:rPr>
                                <w:b/>
                                <w:bCs/>
                              </w:rPr>
                              <w:t xml:space="preserve"> Importancia</w:t>
                            </w:r>
                            <w:r w:rsidRPr="00495DFE">
                              <w:t>: Las bacterias intestinales ayudan a fermentar algunos restos de alimentos no digeridos.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8F5F" id="_x0000_s1036" type="#_x0000_t202" style="position:absolute;margin-left:4.5pt;margin-top:1.3pt;width:365.8pt;height:35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" strokeweight=".5pt">
                <v:textbox>
                  <w:txbxContent>
                    <w:p w14:paraId="436B9854" w14:textId="165454A8" w:rsidR="00AF51D8" w:rsidRDefault="00495DFE"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Importancia</w:t>
                      </w:r>
                      <w:r w:rsidRPr="00495DFE">
                        <w:t>: Las bacterias intestinales ayudan a fermentar algunos restos de alimentos no digeridos.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0D1991" w14:textId="3E21526C" w:rsidR="000F0775" w:rsidRDefault="00000000" w:rsidP="00D94DC7">
      <w:pPr>
        <w:pStyle w:val="Ttulo2"/>
      </w:pPr>
      <w:r>
        <w:t>6. Ano</w:t>
      </w:r>
    </w:p>
    <w:p w14:paraId="4AA3C5CE" w14:textId="77777777" w:rsidR="00D94DC7" w:rsidRPr="00D94DC7" w:rsidRDefault="00D94DC7" w:rsidP="00D94DC7"/>
    <w:p w14:paraId="505F9107" w14:textId="77777777" w:rsidR="000F0775" w:rsidRPr="000F0775" w:rsidRDefault="000F0775" w:rsidP="000F0775"/>
    <w:p w14:paraId="6051F04A" w14:textId="6BBAFEB2" w:rsidR="00DD6BD1" w:rsidRDefault="00F426FA">
      <w:r>
        <w:rPr>
          <w:noProof/>
        </w:rPr>
        <w:drawing>
          <wp:anchor distT="0" distB="0" distL="114300" distR="114300" simplePos="0" relativeHeight="251676672" behindDoc="0" locked="0" layoutInCell="1" allowOverlap="1" wp14:anchorId="00F81F61" wp14:editId="00D047E6">
            <wp:simplePos x="0" y="0"/>
            <wp:positionH relativeFrom="column">
              <wp:posOffset>2469515</wp:posOffset>
            </wp:positionH>
            <wp:positionV relativeFrom="paragraph">
              <wp:posOffset>96520</wp:posOffset>
            </wp:positionV>
            <wp:extent cx="1676400" cy="1198245"/>
            <wp:effectExtent l="0" t="0" r="0" b="1905"/>
            <wp:wrapTopAndBottom/>
            <wp:docPr id="21234758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75821" name="Imagen 21234758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764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3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C53D783" wp14:editId="36AF88A2">
                <wp:simplePos x="0" y="0"/>
                <wp:positionH relativeFrom="column">
                  <wp:posOffset>0</wp:posOffset>
                </wp:positionH>
                <wp:positionV relativeFrom="paragraph">
                  <wp:posOffset>86995</wp:posOffset>
                </wp:positionV>
                <wp:extent cx="1809750" cy="1209675"/>
                <wp:effectExtent l="0" t="0" r="19050" b="28575"/>
                <wp:wrapSquare wrapText="bothSides"/>
                <wp:docPr id="187915972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209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26278F" w14:textId="53D946A4" w:rsidR="00835768" w:rsidRDefault="00715CA2">
                            <w:r w:rsidRPr="00715CA2">
                              <w:rPr>
                                <w:b/>
                                <w:bCs/>
                              </w:rPr>
                              <w:t xml:space="preserve">Función: </w:t>
                            </w:r>
                            <w:r>
                              <w:t xml:space="preserve">Es la abertura final del aparato digestivo por donde se expulsan las heces del cuerpo.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3D783" id="_x0000_s1037" type="#_x0000_t202" style="position:absolute;margin-left:0;margin-top:6.85pt;width:142.5pt;height:9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" strokeweight=".5pt">
                <v:textbox>
                  <w:txbxContent>
                    <w:p w14:paraId="2126278F" w14:textId="53D946A4" w:rsidR="00835768" w:rsidRDefault="00715CA2">
                      <w:r w:rsidRPr="00715CA2">
                        <w:rPr>
                          <w:b/>
                          <w:bCs/>
                        </w:rPr>
                        <w:t xml:space="preserve">Función: </w:t>
                      </w:r>
                      <w:r>
                        <w:t xml:space="preserve">Es la abertura final del aparato digestivo por donde se expulsan las heces del cuerpo.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855D04" w14:textId="77777777" w:rsidR="00095A04" w:rsidRDefault="00095A04"/>
    <w:p w14:paraId="361B4F83" w14:textId="4FF96B63" w:rsidR="00494669" w:rsidRDefault="00F426FA" w:rsidP="003E42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5498A6" wp14:editId="55E29E9A">
                <wp:simplePos x="0" y="0"/>
                <wp:positionH relativeFrom="column">
                  <wp:posOffset>141605</wp:posOffset>
                </wp:positionH>
                <wp:positionV relativeFrom="paragraph">
                  <wp:posOffset>34290</wp:posOffset>
                </wp:positionV>
                <wp:extent cx="4408170" cy="293370"/>
                <wp:effectExtent l="0" t="0" r="11430" b="11430"/>
                <wp:wrapSquare wrapText="bothSides"/>
                <wp:docPr id="1368377402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293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A79E94" w14:textId="33A6CBEC" w:rsidR="00715CA2" w:rsidRDefault="007F1C36">
                            <w:r w:rsidRPr="007F1C36">
                              <w:rPr>
                                <w:b/>
                                <w:bCs/>
                              </w:rPr>
                              <w:t xml:space="preserve">Importancia: </w:t>
                            </w:r>
                            <w:r>
                              <w:t>Permite la eliminación de los residuos no útiles para el organismo.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498A6" id="_x0000_s1038" type="#_x0000_t202" style="position:absolute;margin-left:11.15pt;margin-top:2.7pt;width:347.1pt;height:23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" strokeweight=".5pt">
                <v:textbox>
                  <w:txbxContent>
                    <w:p w14:paraId="0BA79E94" w14:textId="33A6CBEC" w:rsidR="00715CA2" w:rsidRDefault="007F1C36">
                      <w:r w:rsidRPr="007F1C36">
                        <w:rPr>
                          <w:b/>
                          <w:bCs/>
                        </w:rPr>
                        <w:t xml:space="preserve">Importancia: </w:t>
                      </w:r>
                      <w:r>
                        <w:t>Permite la eliminación de los residuos no útiles para el organismo.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BFD3DF" w14:textId="77777777" w:rsidR="00494669" w:rsidRDefault="00494669">
      <w:pPr>
        <w:pStyle w:val="Ttulo2"/>
      </w:pPr>
    </w:p>
    <w:p w14:paraId="736FC93D" w14:textId="77777777" w:rsidR="00494669" w:rsidRDefault="00494669" w:rsidP="00494669">
      <w:pPr>
        <w:pStyle w:val="Ttulo2"/>
      </w:pPr>
    </w:p>
    <w:p w14:paraId="541F4579" w14:textId="77777777" w:rsidR="003E4243" w:rsidRDefault="003E4243" w:rsidP="003E4243"/>
    <w:p w14:paraId="2CEA773F" w14:textId="77777777" w:rsidR="003E4243" w:rsidRPr="003E4243" w:rsidRDefault="003E4243" w:rsidP="003E4243"/>
    <w:p w14:paraId="11C6E47C" w14:textId="27BC0746" w:rsidR="00095A04" w:rsidRDefault="00000000" w:rsidP="003E4243">
      <w:pPr>
        <w:pStyle w:val="Ttulo2"/>
        <w:ind w:left="3600"/>
      </w:pPr>
      <w:r>
        <w:t>Órganos accesorios</w:t>
      </w:r>
    </w:p>
    <w:p w14:paraId="679A88F7" w14:textId="77777777" w:rsidR="003E4243" w:rsidRPr="003E4243" w:rsidRDefault="003E4243" w:rsidP="003E4243"/>
    <w:p w14:paraId="598C4353" w14:textId="2F152EF3" w:rsidR="001310B5" w:rsidRDefault="008B37E3" w:rsidP="00190783">
      <w:pPr>
        <w:pStyle w:val="Prrafodelista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2BA4409" wp14:editId="2DF22E31">
            <wp:simplePos x="0" y="0"/>
            <wp:positionH relativeFrom="column">
              <wp:posOffset>294640</wp:posOffset>
            </wp:positionH>
            <wp:positionV relativeFrom="paragraph">
              <wp:posOffset>392430</wp:posOffset>
            </wp:positionV>
            <wp:extent cx="1606550" cy="1529715"/>
            <wp:effectExtent l="0" t="0" r="0" b="0"/>
            <wp:wrapTopAndBottom/>
            <wp:docPr id="177972605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26058" name="Imagen 177972605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655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Glándulas salivales: Producen saliva. </w:t>
      </w:r>
    </w:p>
    <w:p w14:paraId="1DE0DE2A" w14:textId="4A40DAF0" w:rsidR="00986056" w:rsidRDefault="001F6393" w:rsidP="00190783">
      <w:pPr>
        <w:pStyle w:val="Prrafodelista"/>
        <w:numPr>
          <w:ilvl w:val="0"/>
          <w:numId w:val="10"/>
        </w:numPr>
      </w:pPr>
      <w:r>
        <w:t xml:space="preserve">Hígado: Produce bilis, necesaria para la digestión de las grasas. </w:t>
      </w:r>
    </w:p>
    <w:p w14:paraId="73B76DD5" w14:textId="77777777" w:rsidR="00185FC8" w:rsidRDefault="00185FC8" w:rsidP="00185FC8">
      <w:pPr>
        <w:ind w:left="360"/>
      </w:pPr>
    </w:p>
    <w:p w14:paraId="60A2F71E" w14:textId="4927A8BF" w:rsidR="001F6393" w:rsidRDefault="001F6393" w:rsidP="00185FC8">
      <w:pPr>
        <w:pStyle w:val="Prrafodelista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09E139A" wp14:editId="660D2ADB">
            <wp:simplePos x="0" y="0"/>
            <wp:positionH relativeFrom="column">
              <wp:posOffset>346075</wp:posOffset>
            </wp:positionH>
            <wp:positionV relativeFrom="paragraph">
              <wp:posOffset>48895</wp:posOffset>
            </wp:positionV>
            <wp:extent cx="1551305" cy="1455420"/>
            <wp:effectExtent l="0" t="0" r="0" b="0"/>
            <wp:wrapTopAndBottom/>
            <wp:docPr id="23281533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15330" name="Imagen 2328153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E66">
        <w:t xml:space="preserve">Vesícula biliar: Almacena la bilis. </w:t>
      </w:r>
    </w:p>
    <w:p w14:paraId="6658ADD2" w14:textId="64629A80" w:rsidR="001E5E66" w:rsidRDefault="00457295" w:rsidP="001E5E66">
      <w:pPr>
        <w:pStyle w:val="Prrafodelista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785CCAC" wp14:editId="3F6A8F55">
            <wp:simplePos x="0" y="0"/>
            <wp:positionH relativeFrom="column">
              <wp:posOffset>480695</wp:posOffset>
            </wp:positionH>
            <wp:positionV relativeFrom="paragraph">
              <wp:posOffset>146050</wp:posOffset>
            </wp:positionV>
            <wp:extent cx="1553210" cy="1525270"/>
            <wp:effectExtent l="0" t="0" r="8890" b="0"/>
            <wp:wrapTopAndBottom/>
            <wp:docPr id="58872435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24353" name="Imagen 58872435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23653" w14:textId="77777777" w:rsidR="00494669" w:rsidRDefault="00494669" w:rsidP="001E5E66">
      <w:pPr>
        <w:pStyle w:val="Prrafodelista"/>
      </w:pPr>
    </w:p>
    <w:p w14:paraId="5BC338C5" w14:textId="77777777" w:rsidR="00494669" w:rsidRDefault="00494669" w:rsidP="001E5E66">
      <w:pPr>
        <w:pStyle w:val="Prrafodelista"/>
      </w:pPr>
    </w:p>
    <w:p w14:paraId="398D1331" w14:textId="77777777" w:rsidR="00494669" w:rsidRDefault="00494669" w:rsidP="001E5E66">
      <w:pPr>
        <w:pStyle w:val="Prrafodelista"/>
      </w:pPr>
    </w:p>
    <w:p w14:paraId="7658088E" w14:textId="77777777" w:rsidR="00494669" w:rsidRDefault="00494669" w:rsidP="001E5E66">
      <w:pPr>
        <w:pStyle w:val="Prrafodelista"/>
      </w:pPr>
    </w:p>
    <w:p w14:paraId="6D09F752" w14:textId="77777777" w:rsidR="00494669" w:rsidRDefault="00494669" w:rsidP="001E5E66">
      <w:pPr>
        <w:pStyle w:val="Prrafodelista"/>
      </w:pPr>
    </w:p>
    <w:p w14:paraId="70616FC0" w14:textId="77777777" w:rsidR="00494669" w:rsidRDefault="00494669" w:rsidP="001E5E66">
      <w:pPr>
        <w:pStyle w:val="Prrafodelista"/>
      </w:pPr>
    </w:p>
    <w:p w14:paraId="2917B9ED" w14:textId="77777777" w:rsidR="00494669" w:rsidRDefault="00494669" w:rsidP="001E5E66">
      <w:pPr>
        <w:pStyle w:val="Prrafodelista"/>
      </w:pPr>
    </w:p>
    <w:p w14:paraId="75DA48F9" w14:textId="77777777" w:rsidR="00494669" w:rsidRDefault="00494669" w:rsidP="001E5E66">
      <w:pPr>
        <w:pStyle w:val="Prrafodelista"/>
      </w:pPr>
    </w:p>
    <w:p w14:paraId="5826079D" w14:textId="77777777" w:rsidR="00494669" w:rsidRDefault="00494669" w:rsidP="001E5E66">
      <w:pPr>
        <w:pStyle w:val="Prrafodelista"/>
      </w:pPr>
    </w:p>
    <w:p w14:paraId="61918C30" w14:textId="77777777" w:rsidR="00494669" w:rsidRDefault="00494669" w:rsidP="001E5E66">
      <w:pPr>
        <w:pStyle w:val="Prrafodelista"/>
      </w:pPr>
    </w:p>
    <w:p w14:paraId="31781209" w14:textId="4BF3B1D2" w:rsidR="001E5E66" w:rsidRDefault="00A0206E" w:rsidP="00A0206E">
      <w:pPr>
        <w:pStyle w:val="Prrafodelista"/>
        <w:numPr>
          <w:ilvl w:val="0"/>
          <w:numId w:val="10"/>
        </w:numPr>
      </w:pPr>
      <w:r>
        <w:t>Páncreas: Produce enzimas digestivas y bicarbonato para neutralizar el ácido gástrico.</w:t>
      </w:r>
    </w:p>
    <w:p w14:paraId="22A670E5" w14:textId="595C37C8" w:rsidR="00A0206E" w:rsidRDefault="00095A04" w:rsidP="00A0206E">
      <w:pPr>
        <w:pStyle w:val="Prrafodelista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86722B0" wp14:editId="1D7D200F">
            <wp:simplePos x="0" y="0"/>
            <wp:positionH relativeFrom="column">
              <wp:posOffset>317500</wp:posOffset>
            </wp:positionH>
            <wp:positionV relativeFrom="paragraph">
              <wp:posOffset>122555</wp:posOffset>
            </wp:positionV>
            <wp:extent cx="1717040" cy="1419860"/>
            <wp:effectExtent l="0" t="0" r="0" b="8890"/>
            <wp:wrapTopAndBottom/>
            <wp:docPr id="151051708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17080" name="Imagen 151051708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7A6CB" w14:textId="6958534D" w:rsidR="00A0206E" w:rsidRPr="001310B5" w:rsidRDefault="00A0206E" w:rsidP="00A0206E">
      <w:pPr>
        <w:pStyle w:val="Prrafodelista"/>
      </w:pPr>
    </w:p>
    <w:p w14:paraId="34431112" w14:textId="4B4B4F54" w:rsidR="00190783" w:rsidRDefault="00190783">
      <w:pPr>
        <w:pStyle w:val="Ttulo1"/>
      </w:pPr>
    </w:p>
    <w:p w14:paraId="7A17ABE6" w14:textId="77777777" w:rsidR="00190783" w:rsidRDefault="00190783">
      <w:pPr>
        <w:pStyle w:val="Ttulo1"/>
      </w:pPr>
    </w:p>
    <w:p w14:paraId="323597BF" w14:textId="33FBFA73" w:rsidR="00DD6BD1" w:rsidRDefault="00000000">
      <w:pPr>
        <w:pStyle w:val="Ttulo1"/>
      </w:pPr>
      <w:r>
        <w:t>Conclusión</w:t>
      </w:r>
    </w:p>
    <w:p w14:paraId="4D0B3774" w14:textId="3D7C01C2" w:rsidR="00DD6BD1" w:rsidRDefault="00000000">
      <w:r>
        <w:t>El aparato digestivo es una estructura compleja y vital que transforma los alimentos en nutrientes esenciales para la vida. Su correcto funcionamiento garantiza que el cuerpo reciba la energía y los elementos necesarios para desarrollarse, defenderse y mantenerse saludable.</w:t>
      </w:r>
    </w:p>
    <w:p w14:paraId="7F80CA94" w14:textId="77777777" w:rsidR="00494669" w:rsidRDefault="00494669">
      <w:pPr>
        <w:pStyle w:val="Ttulo1"/>
      </w:pPr>
    </w:p>
    <w:p w14:paraId="188E7BC2" w14:textId="77777777" w:rsidR="00494669" w:rsidRDefault="00494669">
      <w:pPr>
        <w:pStyle w:val="Ttulo1"/>
      </w:pPr>
    </w:p>
    <w:p w14:paraId="6B6BD940" w14:textId="77777777" w:rsidR="00494669" w:rsidRDefault="00494669">
      <w:pPr>
        <w:pStyle w:val="Ttulo1"/>
      </w:pPr>
    </w:p>
    <w:p w14:paraId="25ABC8D9" w14:textId="77777777" w:rsidR="00494669" w:rsidRDefault="00494669">
      <w:pPr>
        <w:pStyle w:val="Ttulo1"/>
      </w:pPr>
    </w:p>
    <w:p w14:paraId="5171D072" w14:textId="77777777" w:rsidR="00494669" w:rsidRDefault="00494669">
      <w:pPr>
        <w:pStyle w:val="Ttulo1"/>
      </w:pPr>
    </w:p>
    <w:p w14:paraId="10064AA8" w14:textId="77777777" w:rsidR="00494669" w:rsidRDefault="00494669">
      <w:pPr>
        <w:pStyle w:val="Ttulo1"/>
      </w:pPr>
    </w:p>
    <w:p w14:paraId="425B3867" w14:textId="165683AD" w:rsidR="00DD6BD1" w:rsidRDefault="00000000">
      <w:pPr>
        <w:pStyle w:val="Ttulo1"/>
      </w:pPr>
      <w:r>
        <w:t>Bibliografía</w:t>
      </w:r>
    </w:p>
    <w:p w14:paraId="408FAA66" w14:textId="5675D83F" w:rsidR="00DD6BD1" w:rsidRDefault="00000000">
      <w:pPr>
        <w:pStyle w:val="Listaconvietas"/>
      </w:pPr>
      <w:r>
        <w:t>Tortora, G. J., &amp; Derrickson, B. H. (2018). Principios de anatomía y fisiología (15.ª ed.). Editorial Médica Panamericana.</w:t>
      </w:r>
    </w:p>
    <w:p w14:paraId="6288E2DE" w14:textId="50C4D13F" w:rsidR="00DD6BD1" w:rsidRDefault="00000000">
      <w:pPr>
        <w:pStyle w:val="Listaconvietas"/>
      </w:pPr>
      <w:r>
        <w:t>Marieb, E. N., &amp; Hoehn, K. (2019). Anatomía y fisiología humanas (10.ª ed.). Pearson Educación.</w:t>
      </w:r>
    </w:p>
    <w:p w14:paraId="38745A5B" w14:textId="77777777" w:rsidR="00DD6BD1" w:rsidRDefault="00000000">
      <w:pPr>
        <w:pStyle w:val="Listaconvietas"/>
      </w:pPr>
      <w:r>
        <w:t>Ministerio de Salud de Colombia. (s.f.). Sistema digestivo. Recuperado de https://www.minsalud.gov.co</w:t>
      </w:r>
    </w:p>
    <w:p w14:paraId="62BB2AA0" w14:textId="3B6B7C4D" w:rsidR="00DD6BD1" w:rsidRDefault="00000000">
      <w:pPr>
        <w:pStyle w:val="Listaconvietas"/>
      </w:pPr>
      <w:r>
        <w:t>MedlinePlus. (2024). Sistema digestivo. Biblioteca Nacional de Medicina de EE. UU. Recuperado de https://medlineplus.gov/spanish/digestivesystem.html</w:t>
      </w:r>
    </w:p>
    <w:sectPr w:rsidR="00DD6BD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9976EBA"/>
    <w:multiLevelType w:val="hybridMultilevel"/>
    <w:tmpl w:val="E4263F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0546456">
    <w:abstractNumId w:val="8"/>
  </w:num>
  <w:num w:numId="2" w16cid:durableId="1368337786">
    <w:abstractNumId w:val="6"/>
  </w:num>
  <w:num w:numId="3" w16cid:durableId="1640761364">
    <w:abstractNumId w:val="5"/>
  </w:num>
  <w:num w:numId="4" w16cid:durableId="46615483">
    <w:abstractNumId w:val="4"/>
  </w:num>
  <w:num w:numId="5" w16cid:durableId="474417684">
    <w:abstractNumId w:val="7"/>
  </w:num>
  <w:num w:numId="6" w16cid:durableId="1330135622">
    <w:abstractNumId w:val="3"/>
  </w:num>
  <w:num w:numId="7" w16cid:durableId="1919628257">
    <w:abstractNumId w:val="2"/>
  </w:num>
  <w:num w:numId="8" w16cid:durableId="819270034">
    <w:abstractNumId w:val="1"/>
  </w:num>
  <w:num w:numId="9" w16cid:durableId="511187054">
    <w:abstractNumId w:val="0"/>
  </w:num>
  <w:num w:numId="10" w16cid:durableId="10541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"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4246F"/>
    <w:rsid w:val="0006063C"/>
    <w:rsid w:val="00095A04"/>
    <w:rsid w:val="000A1775"/>
    <w:rsid w:val="000D0734"/>
    <w:rsid w:val="000F0775"/>
    <w:rsid w:val="001310B5"/>
    <w:rsid w:val="00137F2D"/>
    <w:rsid w:val="0015074B"/>
    <w:rsid w:val="00185FC8"/>
    <w:rsid w:val="00190783"/>
    <w:rsid w:val="001A4502"/>
    <w:rsid w:val="001E0F12"/>
    <w:rsid w:val="001E5E66"/>
    <w:rsid w:val="001F6393"/>
    <w:rsid w:val="00230BAD"/>
    <w:rsid w:val="002452A3"/>
    <w:rsid w:val="0029639D"/>
    <w:rsid w:val="002E2DD2"/>
    <w:rsid w:val="002E45A7"/>
    <w:rsid w:val="00326F90"/>
    <w:rsid w:val="0036339A"/>
    <w:rsid w:val="003C5EC7"/>
    <w:rsid w:val="003D11E6"/>
    <w:rsid w:val="003E4243"/>
    <w:rsid w:val="003E6B34"/>
    <w:rsid w:val="00457295"/>
    <w:rsid w:val="00460A36"/>
    <w:rsid w:val="004864C9"/>
    <w:rsid w:val="00494669"/>
    <w:rsid w:val="00495DFE"/>
    <w:rsid w:val="00584669"/>
    <w:rsid w:val="00595B84"/>
    <w:rsid w:val="00610E15"/>
    <w:rsid w:val="00613C56"/>
    <w:rsid w:val="006302AA"/>
    <w:rsid w:val="006326B1"/>
    <w:rsid w:val="00643A9E"/>
    <w:rsid w:val="00696CF7"/>
    <w:rsid w:val="006979FD"/>
    <w:rsid w:val="006B0042"/>
    <w:rsid w:val="006D685D"/>
    <w:rsid w:val="00715CA2"/>
    <w:rsid w:val="007211B7"/>
    <w:rsid w:val="007700BE"/>
    <w:rsid w:val="0077454B"/>
    <w:rsid w:val="007E4F9C"/>
    <w:rsid w:val="007F1C36"/>
    <w:rsid w:val="007F3438"/>
    <w:rsid w:val="0081469E"/>
    <w:rsid w:val="00815A2F"/>
    <w:rsid w:val="00820017"/>
    <w:rsid w:val="00834F4A"/>
    <w:rsid w:val="00835768"/>
    <w:rsid w:val="008A26B7"/>
    <w:rsid w:val="008B37E3"/>
    <w:rsid w:val="008F0F0B"/>
    <w:rsid w:val="009078BF"/>
    <w:rsid w:val="00923DB0"/>
    <w:rsid w:val="00925E7A"/>
    <w:rsid w:val="00975244"/>
    <w:rsid w:val="00986056"/>
    <w:rsid w:val="00994B7C"/>
    <w:rsid w:val="00995B6D"/>
    <w:rsid w:val="009D3047"/>
    <w:rsid w:val="00A0206E"/>
    <w:rsid w:val="00A72E7B"/>
    <w:rsid w:val="00A85D18"/>
    <w:rsid w:val="00AA1D8D"/>
    <w:rsid w:val="00AB5E58"/>
    <w:rsid w:val="00AF3A3D"/>
    <w:rsid w:val="00AF51D8"/>
    <w:rsid w:val="00B411DD"/>
    <w:rsid w:val="00B47730"/>
    <w:rsid w:val="00B769CC"/>
    <w:rsid w:val="00B94219"/>
    <w:rsid w:val="00BD61BC"/>
    <w:rsid w:val="00BF0ECC"/>
    <w:rsid w:val="00C01CE9"/>
    <w:rsid w:val="00C411B4"/>
    <w:rsid w:val="00C63E37"/>
    <w:rsid w:val="00C655DE"/>
    <w:rsid w:val="00C72695"/>
    <w:rsid w:val="00C80170"/>
    <w:rsid w:val="00CB0664"/>
    <w:rsid w:val="00CC6FB9"/>
    <w:rsid w:val="00D37220"/>
    <w:rsid w:val="00D94DC7"/>
    <w:rsid w:val="00DB5D73"/>
    <w:rsid w:val="00DC46AA"/>
    <w:rsid w:val="00DD6BD1"/>
    <w:rsid w:val="00DE3558"/>
    <w:rsid w:val="00E15B4A"/>
    <w:rsid w:val="00E66966"/>
    <w:rsid w:val="00EB3B38"/>
    <w:rsid w:val="00ED1AD7"/>
    <w:rsid w:val="00ED361F"/>
    <w:rsid w:val="00F12D2E"/>
    <w:rsid w:val="00F156B0"/>
    <w:rsid w:val="00F426FA"/>
    <w:rsid w:val="00F44906"/>
    <w:rsid w:val="00F653F5"/>
    <w:rsid w:val="00F81D5F"/>
    <w:rsid w:val="00FB42BE"/>
    <w:rsid w:val="00FC102B"/>
    <w:rsid w:val="00FC693F"/>
    <w:rsid w:val="00FE3AD0"/>
    <w:rsid w:val="00FE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F42E83"/>
  <w14:defaultImageDpi w14:val="300"/>
  <w15:docId w15:val="{C5764CD9-1E3D-C942-A741-97B1D717E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anayelihernandezhernandez920@gmail.com</cp:lastModifiedBy>
  <cp:revision>96</cp:revision>
  <dcterms:created xsi:type="dcterms:W3CDTF">2013-12-23T23:15:00Z</dcterms:created>
  <dcterms:modified xsi:type="dcterms:W3CDTF">2025-07-13T03:06:00Z</dcterms:modified>
  <cp:category/>
</cp:coreProperties>
</file>